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53D7D" w14:textId="77777777" w:rsidR="00C77A45" w:rsidRPr="00B05A62" w:rsidRDefault="003F7AEF">
      <w:pPr>
        <w:jc w:val="center"/>
        <w:rPr>
          <w:sz w:val="20"/>
          <w:szCs w:val="20"/>
        </w:rPr>
      </w:pPr>
      <w:r w:rsidRPr="00B05A62">
        <w:rPr>
          <w:b/>
          <w:sz w:val="20"/>
          <w:szCs w:val="20"/>
        </w:rPr>
        <w:t>Wniosek</w:t>
      </w:r>
      <w:r w:rsidRPr="00B05A62">
        <w:rPr>
          <w:b/>
          <w:sz w:val="20"/>
          <w:szCs w:val="20"/>
        </w:rPr>
        <w:br/>
        <w:t>o przyznanie stypendium w ramach Funduszu Stypendialnego im. Sue Ryder</w:t>
      </w:r>
      <w:r w:rsidRPr="00B05A62">
        <w:rPr>
          <w:b/>
          <w:sz w:val="20"/>
          <w:szCs w:val="20"/>
        </w:rPr>
        <w:br/>
        <w:t>edycja 2026</w:t>
      </w:r>
    </w:p>
    <w:p w14:paraId="4804C42B" w14:textId="77777777" w:rsidR="00C77A45" w:rsidRPr="00B05A62" w:rsidRDefault="003F7AEF">
      <w:pPr>
        <w:jc w:val="center"/>
        <w:rPr>
          <w:sz w:val="20"/>
          <w:szCs w:val="20"/>
        </w:rPr>
      </w:pPr>
      <w:r w:rsidRPr="00B05A62">
        <w:rPr>
          <w:b/>
          <w:sz w:val="20"/>
          <w:szCs w:val="20"/>
        </w:rPr>
        <w:t>Należy wypełnić czytelnie wszystkie pola wniosku albo wpisać „nie dotyczy”.</w:t>
      </w:r>
    </w:p>
    <w:p w14:paraId="79E684B4" w14:textId="77777777" w:rsidR="00C77A45" w:rsidRPr="00B05A62" w:rsidRDefault="003F7AEF">
      <w:pPr>
        <w:rPr>
          <w:sz w:val="20"/>
          <w:szCs w:val="20"/>
        </w:rPr>
      </w:pPr>
      <w:r w:rsidRPr="00B05A62">
        <w:rPr>
          <w:i/>
          <w:sz w:val="20"/>
          <w:szCs w:val="20"/>
        </w:rPr>
        <w:t>Stypendium przyznawane jest w roku szkolnym 2026/2027 za osiągnięcia uzyskane w roku szkolnym 2025/2026. Numer rachunku bankowego będzie wymagany dopiero od osób zakwalifikowanych do przyznania stypendium, na etapie zawierania umowy stypendialnej.</w:t>
      </w:r>
    </w:p>
    <w:p w14:paraId="1B7DDA7D" w14:textId="77777777" w:rsidR="00C77A45" w:rsidRPr="00B05A62" w:rsidRDefault="003F7AEF">
      <w:pPr>
        <w:pStyle w:val="Nagwek1"/>
        <w:rPr>
          <w:sz w:val="20"/>
          <w:szCs w:val="20"/>
        </w:rPr>
      </w:pPr>
      <w:r w:rsidRPr="00B05A62">
        <w:rPr>
          <w:sz w:val="20"/>
          <w:szCs w:val="20"/>
        </w:rPr>
        <w:t>CZĘŚĆ A. Dane wnioskodawcy i kandydata</w:t>
      </w:r>
    </w:p>
    <w:tbl>
      <w:tblPr>
        <w:tblStyle w:val="Tabela-Siatka"/>
        <w:tblW w:w="0" w:type="auto"/>
        <w:jc w:val="center"/>
        <w:tblCellMar>
          <w:top w:w="80" w:type="dxa"/>
          <w:left w:w="80" w:type="dxa"/>
          <w:bottom w:w="80" w:type="dxa"/>
          <w:right w:w="80" w:type="dxa"/>
        </w:tblCellMar>
        <w:tblLook w:val="04A0" w:firstRow="1" w:lastRow="0" w:firstColumn="1" w:lastColumn="0" w:noHBand="0" w:noVBand="1"/>
      </w:tblPr>
      <w:tblGrid>
        <w:gridCol w:w="4557"/>
        <w:gridCol w:w="5411"/>
      </w:tblGrid>
      <w:tr w:rsidR="00C77A45" w:rsidRPr="00B05A62" w14:paraId="6C85BBDC" w14:textId="77777777">
        <w:trPr>
          <w:jc w:val="center"/>
        </w:trPr>
        <w:tc>
          <w:tcPr>
            <w:tcW w:w="3572" w:type="dxa"/>
            <w:vAlign w:val="center"/>
          </w:tcPr>
          <w:p w14:paraId="4633B2DE" w14:textId="77777777" w:rsidR="00C77A45" w:rsidRPr="00B05A62" w:rsidRDefault="003F7AEF">
            <w:pPr>
              <w:rPr>
                <w:sz w:val="20"/>
                <w:szCs w:val="20"/>
              </w:rPr>
            </w:pPr>
            <w:r w:rsidRPr="00B05A62">
              <w:rPr>
                <w:b/>
                <w:sz w:val="20"/>
                <w:szCs w:val="20"/>
              </w:rPr>
              <w:t>Wnioskodawca występuje jako</w:t>
            </w:r>
          </w:p>
        </w:tc>
        <w:tc>
          <w:tcPr>
            <w:tcW w:w="6066" w:type="dxa"/>
            <w:vAlign w:val="center"/>
          </w:tcPr>
          <w:p w14:paraId="4861D719" w14:textId="77777777" w:rsidR="00C77A45" w:rsidRPr="00B05A62" w:rsidRDefault="003F7AEF">
            <w:pPr>
              <w:rPr>
                <w:sz w:val="20"/>
                <w:szCs w:val="20"/>
              </w:rPr>
            </w:pPr>
            <w:r w:rsidRPr="00B05A62">
              <w:rPr>
                <w:sz w:val="20"/>
                <w:szCs w:val="20"/>
              </w:rPr>
              <w:t>☐</w:t>
            </w:r>
            <w:r w:rsidRPr="00B05A62">
              <w:rPr>
                <w:sz w:val="20"/>
                <w:szCs w:val="20"/>
              </w:rPr>
              <w:t xml:space="preserve"> pełnoletni kandydat   ☐ rodzic   ☐ opiekun prawny   ☐ opiekun faktyczny   ☐ inna osoba reprezentująca: ....................</w:t>
            </w:r>
          </w:p>
        </w:tc>
      </w:tr>
      <w:tr w:rsidR="00C77A45" w:rsidRPr="00B05A62" w14:paraId="227754B4" w14:textId="77777777">
        <w:trPr>
          <w:jc w:val="center"/>
        </w:trPr>
        <w:tc>
          <w:tcPr>
            <w:tcW w:w="4989" w:type="dxa"/>
            <w:vAlign w:val="center"/>
          </w:tcPr>
          <w:p w14:paraId="6184E8B2" w14:textId="77777777" w:rsidR="00C77A45" w:rsidRPr="00B05A62" w:rsidRDefault="003F7AEF">
            <w:pPr>
              <w:rPr>
                <w:sz w:val="20"/>
                <w:szCs w:val="20"/>
              </w:rPr>
            </w:pPr>
            <w:r w:rsidRPr="00B05A62">
              <w:rPr>
                <w:b/>
                <w:sz w:val="20"/>
                <w:szCs w:val="20"/>
              </w:rPr>
              <w:t>Nazwisko i imię wnioskodawcy</w:t>
            </w:r>
          </w:p>
        </w:tc>
        <w:tc>
          <w:tcPr>
            <w:tcW w:w="4989" w:type="dxa"/>
            <w:vAlign w:val="center"/>
          </w:tcPr>
          <w:p w14:paraId="42DFE595" w14:textId="77777777" w:rsidR="00C77A45" w:rsidRPr="00B05A62" w:rsidRDefault="00C77A45">
            <w:pPr>
              <w:rPr>
                <w:sz w:val="20"/>
                <w:szCs w:val="20"/>
              </w:rPr>
            </w:pPr>
          </w:p>
        </w:tc>
      </w:tr>
      <w:tr w:rsidR="00C77A45" w:rsidRPr="00B05A62" w14:paraId="6744EAAA" w14:textId="77777777">
        <w:trPr>
          <w:jc w:val="center"/>
        </w:trPr>
        <w:tc>
          <w:tcPr>
            <w:tcW w:w="4989" w:type="dxa"/>
            <w:vAlign w:val="center"/>
          </w:tcPr>
          <w:p w14:paraId="56F9537B" w14:textId="77777777" w:rsidR="00C77A45" w:rsidRPr="00B05A62" w:rsidRDefault="003F7AEF">
            <w:pPr>
              <w:rPr>
                <w:sz w:val="20"/>
                <w:szCs w:val="20"/>
              </w:rPr>
            </w:pPr>
            <w:r w:rsidRPr="00B05A62">
              <w:rPr>
                <w:b/>
                <w:sz w:val="20"/>
                <w:szCs w:val="20"/>
              </w:rPr>
              <w:t>Adres zamieszkania wnioskodawcy</w:t>
            </w:r>
          </w:p>
        </w:tc>
        <w:tc>
          <w:tcPr>
            <w:tcW w:w="4989" w:type="dxa"/>
            <w:vAlign w:val="center"/>
          </w:tcPr>
          <w:p w14:paraId="36048A93" w14:textId="77777777" w:rsidR="00C77A45" w:rsidRPr="00B05A62" w:rsidRDefault="00C77A45">
            <w:pPr>
              <w:rPr>
                <w:sz w:val="20"/>
                <w:szCs w:val="20"/>
              </w:rPr>
            </w:pPr>
          </w:p>
        </w:tc>
      </w:tr>
      <w:tr w:rsidR="00C77A45" w:rsidRPr="00B05A62" w14:paraId="1F61F94E" w14:textId="77777777">
        <w:trPr>
          <w:jc w:val="center"/>
        </w:trPr>
        <w:tc>
          <w:tcPr>
            <w:tcW w:w="4989" w:type="dxa"/>
            <w:vAlign w:val="center"/>
          </w:tcPr>
          <w:p w14:paraId="59EB5D9D" w14:textId="77777777" w:rsidR="00C77A45" w:rsidRPr="00B05A62" w:rsidRDefault="003F7AEF">
            <w:pPr>
              <w:rPr>
                <w:sz w:val="20"/>
                <w:szCs w:val="20"/>
              </w:rPr>
            </w:pPr>
            <w:r w:rsidRPr="00B05A62">
              <w:rPr>
                <w:b/>
                <w:sz w:val="20"/>
                <w:szCs w:val="20"/>
              </w:rPr>
              <w:t>Telefon, e-mail wnioskodawcy</w:t>
            </w:r>
          </w:p>
        </w:tc>
        <w:tc>
          <w:tcPr>
            <w:tcW w:w="4989" w:type="dxa"/>
            <w:vAlign w:val="center"/>
          </w:tcPr>
          <w:p w14:paraId="3573326B" w14:textId="77777777" w:rsidR="00C77A45" w:rsidRPr="00B05A62" w:rsidRDefault="00C77A45">
            <w:pPr>
              <w:rPr>
                <w:sz w:val="20"/>
                <w:szCs w:val="20"/>
              </w:rPr>
            </w:pPr>
          </w:p>
        </w:tc>
      </w:tr>
      <w:tr w:rsidR="00C77A45" w:rsidRPr="00B05A62" w14:paraId="38D286A4" w14:textId="77777777">
        <w:trPr>
          <w:jc w:val="center"/>
        </w:trPr>
        <w:tc>
          <w:tcPr>
            <w:tcW w:w="4989" w:type="dxa"/>
            <w:vAlign w:val="center"/>
          </w:tcPr>
          <w:p w14:paraId="0CA5F54A" w14:textId="77777777" w:rsidR="00C77A45" w:rsidRPr="00B05A62" w:rsidRDefault="003F7AEF">
            <w:pPr>
              <w:rPr>
                <w:sz w:val="20"/>
                <w:szCs w:val="20"/>
              </w:rPr>
            </w:pPr>
            <w:r w:rsidRPr="00B05A62">
              <w:rPr>
                <w:b/>
                <w:sz w:val="20"/>
                <w:szCs w:val="20"/>
              </w:rPr>
              <w:t>Nazwisko i imię kandydata</w:t>
            </w:r>
          </w:p>
        </w:tc>
        <w:tc>
          <w:tcPr>
            <w:tcW w:w="4989" w:type="dxa"/>
            <w:vAlign w:val="center"/>
          </w:tcPr>
          <w:p w14:paraId="55BFC417" w14:textId="77777777" w:rsidR="00C77A45" w:rsidRPr="00B05A62" w:rsidRDefault="00C77A45">
            <w:pPr>
              <w:rPr>
                <w:sz w:val="20"/>
                <w:szCs w:val="20"/>
              </w:rPr>
            </w:pPr>
          </w:p>
        </w:tc>
      </w:tr>
      <w:tr w:rsidR="00C77A45" w:rsidRPr="00B05A62" w14:paraId="0349BE18" w14:textId="77777777">
        <w:trPr>
          <w:jc w:val="center"/>
        </w:trPr>
        <w:tc>
          <w:tcPr>
            <w:tcW w:w="4989" w:type="dxa"/>
            <w:vAlign w:val="center"/>
          </w:tcPr>
          <w:p w14:paraId="7F8404B6" w14:textId="77777777" w:rsidR="00C77A45" w:rsidRPr="00B05A62" w:rsidRDefault="003F7AEF">
            <w:pPr>
              <w:rPr>
                <w:sz w:val="20"/>
                <w:szCs w:val="20"/>
              </w:rPr>
            </w:pPr>
            <w:r w:rsidRPr="00B05A62">
              <w:rPr>
                <w:b/>
                <w:sz w:val="20"/>
                <w:szCs w:val="20"/>
              </w:rPr>
              <w:t>Numer PESEL kandydata</w:t>
            </w:r>
          </w:p>
        </w:tc>
        <w:tc>
          <w:tcPr>
            <w:tcW w:w="4989" w:type="dxa"/>
            <w:vAlign w:val="center"/>
          </w:tcPr>
          <w:p w14:paraId="06B5B0BC" w14:textId="77777777" w:rsidR="00C77A45" w:rsidRPr="00B05A62" w:rsidRDefault="00C77A45">
            <w:pPr>
              <w:rPr>
                <w:sz w:val="20"/>
                <w:szCs w:val="20"/>
              </w:rPr>
            </w:pPr>
          </w:p>
        </w:tc>
      </w:tr>
      <w:tr w:rsidR="00C77A45" w:rsidRPr="00B05A62" w14:paraId="0EC9219F" w14:textId="77777777">
        <w:trPr>
          <w:jc w:val="center"/>
        </w:trPr>
        <w:tc>
          <w:tcPr>
            <w:tcW w:w="4989" w:type="dxa"/>
            <w:vAlign w:val="center"/>
          </w:tcPr>
          <w:p w14:paraId="3F0E4F1F" w14:textId="77777777" w:rsidR="00C77A45" w:rsidRPr="00B05A62" w:rsidRDefault="003F7AEF">
            <w:pPr>
              <w:rPr>
                <w:sz w:val="20"/>
                <w:szCs w:val="20"/>
              </w:rPr>
            </w:pPr>
            <w:r w:rsidRPr="00B05A62">
              <w:rPr>
                <w:b/>
                <w:sz w:val="20"/>
                <w:szCs w:val="20"/>
              </w:rPr>
              <w:t>Data urodzenia kandydata</w:t>
            </w:r>
          </w:p>
        </w:tc>
        <w:tc>
          <w:tcPr>
            <w:tcW w:w="4989" w:type="dxa"/>
            <w:vAlign w:val="center"/>
          </w:tcPr>
          <w:p w14:paraId="22FE3F25" w14:textId="77777777" w:rsidR="00C77A45" w:rsidRPr="00B05A62" w:rsidRDefault="00C77A45">
            <w:pPr>
              <w:rPr>
                <w:sz w:val="20"/>
                <w:szCs w:val="20"/>
              </w:rPr>
            </w:pPr>
          </w:p>
        </w:tc>
      </w:tr>
      <w:tr w:rsidR="00C77A45" w:rsidRPr="00B05A62" w14:paraId="2E1A3C61" w14:textId="77777777">
        <w:trPr>
          <w:jc w:val="center"/>
        </w:trPr>
        <w:tc>
          <w:tcPr>
            <w:tcW w:w="4989" w:type="dxa"/>
            <w:vAlign w:val="center"/>
          </w:tcPr>
          <w:p w14:paraId="551B868F" w14:textId="77777777" w:rsidR="00C77A45" w:rsidRPr="00B05A62" w:rsidRDefault="003F7AEF">
            <w:pPr>
              <w:rPr>
                <w:sz w:val="20"/>
                <w:szCs w:val="20"/>
              </w:rPr>
            </w:pPr>
            <w:r w:rsidRPr="00B05A62">
              <w:rPr>
                <w:b/>
                <w:sz w:val="20"/>
                <w:szCs w:val="20"/>
              </w:rPr>
              <w:t>Czy kandydat jest pełnoletni?</w:t>
            </w:r>
          </w:p>
        </w:tc>
        <w:tc>
          <w:tcPr>
            <w:tcW w:w="4989" w:type="dxa"/>
            <w:vAlign w:val="center"/>
          </w:tcPr>
          <w:p w14:paraId="1C0605D3" w14:textId="77777777" w:rsidR="00C77A45" w:rsidRPr="00B05A62" w:rsidRDefault="003F7AEF">
            <w:pPr>
              <w:rPr>
                <w:sz w:val="20"/>
                <w:szCs w:val="20"/>
              </w:rPr>
            </w:pPr>
            <w:r w:rsidRPr="00B05A62">
              <w:rPr>
                <w:sz w:val="20"/>
                <w:szCs w:val="20"/>
              </w:rPr>
              <w:t>☐</w:t>
            </w:r>
            <w:r w:rsidRPr="00B05A62">
              <w:rPr>
                <w:sz w:val="20"/>
                <w:szCs w:val="20"/>
              </w:rPr>
              <w:t xml:space="preserve"> TAK   ☐ NIE</w:t>
            </w:r>
          </w:p>
        </w:tc>
      </w:tr>
      <w:tr w:rsidR="00C77A45" w:rsidRPr="00B05A62" w14:paraId="7FCA4793" w14:textId="77777777">
        <w:trPr>
          <w:jc w:val="center"/>
        </w:trPr>
        <w:tc>
          <w:tcPr>
            <w:tcW w:w="4989" w:type="dxa"/>
            <w:vAlign w:val="center"/>
          </w:tcPr>
          <w:p w14:paraId="3F8B2F14" w14:textId="77777777" w:rsidR="00C77A45" w:rsidRPr="00B05A62" w:rsidRDefault="003F7AEF">
            <w:pPr>
              <w:rPr>
                <w:sz w:val="20"/>
                <w:szCs w:val="20"/>
              </w:rPr>
            </w:pPr>
            <w:r w:rsidRPr="00B05A62">
              <w:rPr>
                <w:b/>
                <w:sz w:val="20"/>
                <w:szCs w:val="20"/>
              </w:rPr>
              <w:t>Adres zamieszkania kandydata</w:t>
            </w:r>
          </w:p>
        </w:tc>
        <w:tc>
          <w:tcPr>
            <w:tcW w:w="4989" w:type="dxa"/>
            <w:vAlign w:val="center"/>
          </w:tcPr>
          <w:p w14:paraId="5999E3F0" w14:textId="77777777" w:rsidR="00C77A45" w:rsidRPr="00B05A62" w:rsidRDefault="00C77A45">
            <w:pPr>
              <w:rPr>
                <w:sz w:val="20"/>
                <w:szCs w:val="20"/>
              </w:rPr>
            </w:pPr>
          </w:p>
        </w:tc>
      </w:tr>
      <w:tr w:rsidR="00C77A45" w:rsidRPr="00B05A62" w14:paraId="7B613A84" w14:textId="77777777">
        <w:trPr>
          <w:jc w:val="center"/>
        </w:trPr>
        <w:tc>
          <w:tcPr>
            <w:tcW w:w="4989" w:type="dxa"/>
            <w:vAlign w:val="center"/>
          </w:tcPr>
          <w:p w14:paraId="0E28C6FE" w14:textId="77777777" w:rsidR="00C77A45" w:rsidRPr="00B05A62" w:rsidRDefault="003F7AEF">
            <w:pPr>
              <w:rPr>
                <w:sz w:val="20"/>
                <w:szCs w:val="20"/>
              </w:rPr>
            </w:pPr>
            <w:r w:rsidRPr="00B05A62">
              <w:rPr>
                <w:b/>
                <w:sz w:val="20"/>
                <w:szCs w:val="20"/>
              </w:rPr>
              <w:t>Telefon / e-mail kandydata</w:t>
            </w:r>
          </w:p>
        </w:tc>
        <w:tc>
          <w:tcPr>
            <w:tcW w:w="4989" w:type="dxa"/>
            <w:vAlign w:val="center"/>
          </w:tcPr>
          <w:p w14:paraId="4D66CA07" w14:textId="77777777" w:rsidR="00C77A45" w:rsidRPr="00B05A62" w:rsidRDefault="00C77A45">
            <w:pPr>
              <w:rPr>
                <w:sz w:val="20"/>
                <w:szCs w:val="20"/>
              </w:rPr>
            </w:pPr>
          </w:p>
        </w:tc>
      </w:tr>
      <w:tr w:rsidR="00C77A45" w:rsidRPr="00B05A62" w14:paraId="1E431FE0" w14:textId="77777777">
        <w:trPr>
          <w:jc w:val="center"/>
        </w:trPr>
        <w:tc>
          <w:tcPr>
            <w:tcW w:w="4989" w:type="dxa"/>
            <w:vAlign w:val="center"/>
          </w:tcPr>
          <w:p w14:paraId="5C0EE133" w14:textId="77777777" w:rsidR="00C77A45" w:rsidRPr="00B05A62" w:rsidRDefault="003F7AEF">
            <w:pPr>
              <w:rPr>
                <w:sz w:val="20"/>
                <w:szCs w:val="20"/>
              </w:rPr>
            </w:pPr>
            <w:r w:rsidRPr="00B05A62">
              <w:rPr>
                <w:b/>
                <w:sz w:val="20"/>
                <w:szCs w:val="20"/>
              </w:rPr>
              <w:t>Nazwiska i imiona rodziców/opiekunów prawnych wraz z adresem zamieszkania</w:t>
            </w:r>
          </w:p>
        </w:tc>
        <w:tc>
          <w:tcPr>
            <w:tcW w:w="4989" w:type="dxa"/>
            <w:vAlign w:val="center"/>
          </w:tcPr>
          <w:p w14:paraId="41E2361F" w14:textId="77777777" w:rsidR="00C77A45" w:rsidRPr="00B05A62" w:rsidRDefault="00C77A45">
            <w:pPr>
              <w:rPr>
                <w:sz w:val="20"/>
                <w:szCs w:val="20"/>
              </w:rPr>
            </w:pPr>
          </w:p>
        </w:tc>
      </w:tr>
      <w:tr w:rsidR="00C77A45" w:rsidRPr="00B05A62" w14:paraId="0AAEB49D" w14:textId="77777777">
        <w:trPr>
          <w:jc w:val="center"/>
        </w:trPr>
        <w:tc>
          <w:tcPr>
            <w:tcW w:w="4989" w:type="dxa"/>
            <w:vAlign w:val="center"/>
          </w:tcPr>
          <w:p w14:paraId="102A9B56" w14:textId="77777777" w:rsidR="00C77A45" w:rsidRPr="00B05A62" w:rsidRDefault="003F7AEF">
            <w:pPr>
              <w:rPr>
                <w:sz w:val="20"/>
                <w:szCs w:val="20"/>
              </w:rPr>
            </w:pPr>
            <w:r w:rsidRPr="00B05A62">
              <w:rPr>
                <w:b/>
                <w:sz w:val="20"/>
                <w:szCs w:val="20"/>
              </w:rPr>
              <w:t>Nazwa szkoły, do której uczęszcza kandydat</w:t>
            </w:r>
          </w:p>
        </w:tc>
        <w:tc>
          <w:tcPr>
            <w:tcW w:w="4989" w:type="dxa"/>
            <w:vAlign w:val="center"/>
          </w:tcPr>
          <w:p w14:paraId="4D95E63E" w14:textId="77777777" w:rsidR="00C77A45" w:rsidRPr="00B05A62" w:rsidRDefault="00C77A45">
            <w:pPr>
              <w:rPr>
                <w:sz w:val="20"/>
                <w:szCs w:val="20"/>
              </w:rPr>
            </w:pPr>
          </w:p>
        </w:tc>
      </w:tr>
      <w:tr w:rsidR="00C77A45" w:rsidRPr="00B05A62" w14:paraId="4887C593" w14:textId="77777777">
        <w:trPr>
          <w:jc w:val="center"/>
        </w:trPr>
        <w:tc>
          <w:tcPr>
            <w:tcW w:w="4989" w:type="dxa"/>
            <w:vAlign w:val="center"/>
          </w:tcPr>
          <w:p w14:paraId="6B53A793" w14:textId="77777777" w:rsidR="00C77A45" w:rsidRPr="00B05A62" w:rsidRDefault="003F7AEF">
            <w:pPr>
              <w:rPr>
                <w:sz w:val="20"/>
                <w:szCs w:val="20"/>
              </w:rPr>
            </w:pPr>
            <w:r w:rsidRPr="00B05A62">
              <w:rPr>
                <w:b/>
                <w:sz w:val="20"/>
                <w:szCs w:val="20"/>
              </w:rPr>
              <w:t>Adres szkoły</w:t>
            </w:r>
          </w:p>
        </w:tc>
        <w:tc>
          <w:tcPr>
            <w:tcW w:w="4989" w:type="dxa"/>
            <w:vAlign w:val="center"/>
          </w:tcPr>
          <w:p w14:paraId="0350A99E" w14:textId="77777777" w:rsidR="00C77A45" w:rsidRPr="00B05A62" w:rsidRDefault="00C77A45">
            <w:pPr>
              <w:rPr>
                <w:sz w:val="20"/>
                <w:szCs w:val="20"/>
              </w:rPr>
            </w:pPr>
          </w:p>
        </w:tc>
      </w:tr>
      <w:tr w:rsidR="00C77A45" w:rsidRPr="00B05A62" w14:paraId="614C5076" w14:textId="77777777">
        <w:trPr>
          <w:jc w:val="center"/>
        </w:trPr>
        <w:tc>
          <w:tcPr>
            <w:tcW w:w="4989" w:type="dxa"/>
            <w:vAlign w:val="center"/>
          </w:tcPr>
          <w:p w14:paraId="1BB37492" w14:textId="77777777" w:rsidR="00C77A45" w:rsidRPr="00B05A62" w:rsidRDefault="003F7AEF">
            <w:pPr>
              <w:rPr>
                <w:sz w:val="20"/>
                <w:szCs w:val="20"/>
              </w:rPr>
            </w:pPr>
            <w:r w:rsidRPr="00B05A62">
              <w:rPr>
                <w:b/>
                <w:sz w:val="20"/>
                <w:szCs w:val="20"/>
              </w:rPr>
              <w:t>Telefon / e-mail szkoły</w:t>
            </w:r>
          </w:p>
        </w:tc>
        <w:tc>
          <w:tcPr>
            <w:tcW w:w="4989" w:type="dxa"/>
            <w:vAlign w:val="center"/>
          </w:tcPr>
          <w:p w14:paraId="4E8BB930" w14:textId="77777777" w:rsidR="00C77A45" w:rsidRPr="00B05A62" w:rsidRDefault="00C77A45">
            <w:pPr>
              <w:rPr>
                <w:sz w:val="20"/>
                <w:szCs w:val="20"/>
              </w:rPr>
            </w:pPr>
          </w:p>
        </w:tc>
      </w:tr>
      <w:tr w:rsidR="00C77A45" w:rsidRPr="00B05A62" w14:paraId="65CAA0C8" w14:textId="77777777">
        <w:trPr>
          <w:jc w:val="center"/>
        </w:trPr>
        <w:tc>
          <w:tcPr>
            <w:tcW w:w="4989" w:type="dxa"/>
            <w:vAlign w:val="center"/>
          </w:tcPr>
          <w:p w14:paraId="47B79988" w14:textId="77777777" w:rsidR="00C77A45" w:rsidRPr="00B05A62" w:rsidRDefault="003F7AEF">
            <w:pPr>
              <w:rPr>
                <w:sz w:val="20"/>
                <w:szCs w:val="20"/>
              </w:rPr>
            </w:pPr>
            <w:r w:rsidRPr="00B05A62">
              <w:rPr>
                <w:b/>
                <w:sz w:val="20"/>
                <w:szCs w:val="20"/>
              </w:rPr>
              <w:t>Typ szkoły</w:t>
            </w:r>
          </w:p>
        </w:tc>
        <w:tc>
          <w:tcPr>
            <w:tcW w:w="4989" w:type="dxa"/>
            <w:vAlign w:val="center"/>
          </w:tcPr>
          <w:p w14:paraId="6989C800" w14:textId="77777777" w:rsidR="00C77A45" w:rsidRPr="00B05A62" w:rsidRDefault="00C77A45">
            <w:pPr>
              <w:rPr>
                <w:sz w:val="20"/>
                <w:szCs w:val="20"/>
              </w:rPr>
            </w:pPr>
          </w:p>
        </w:tc>
      </w:tr>
      <w:tr w:rsidR="00C77A45" w:rsidRPr="00B05A62" w14:paraId="72E4208A" w14:textId="77777777">
        <w:trPr>
          <w:jc w:val="center"/>
        </w:trPr>
        <w:tc>
          <w:tcPr>
            <w:tcW w:w="4989" w:type="dxa"/>
            <w:vAlign w:val="center"/>
          </w:tcPr>
          <w:p w14:paraId="2987115E" w14:textId="77777777" w:rsidR="00C77A45" w:rsidRPr="00B05A62" w:rsidRDefault="003F7AEF">
            <w:pPr>
              <w:rPr>
                <w:sz w:val="20"/>
                <w:szCs w:val="20"/>
              </w:rPr>
            </w:pPr>
            <w:r w:rsidRPr="00B05A62">
              <w:rPr>
                <w:b/>
                <w:sz w:val="20"/>
                <w:szCs w:val="20"/>
              </w:rPr>
              <w:t>Klasa, do której uczęszcza kandydat</w:t>
            </w:r>
          </w:p>
        </w:tc>
        <w:tc>
          <w:tcPr>
            <w:tcW w:w="4989" w:type="dxa"/>
            <w:vAlign w:val="center"/>
          </w:tcPr>
          <w:p w14:paraId="3DB20E87" w14:textId="77777777" w:rsidR="00C77A45" w:rsidRPr="00B05A62" w:rsidRDefault="00C77A45">
            <w:pPr>
              <w:rPr>
                <w:sz w:val="20"/>
                <w:szCs w:val="20"/>
              </w:rPr>
            </w:pPr>
          </w:p>
        </w:tc>
      </w:tr>
    </w:tbl>
    <w:p w14:paraId="34C1439F" w14:textId="77777777" w:rsidR="00C77A45" w:rsidRPr="00B05A62" w:rsidRDefault="003F7AEF">
      <w:pPr>
        <w:pStyle w:val="Nagwek1"/>
        <w:rPr>
          <w:sz w:val="20"/>
          <w:szCs w:val="20"/>
        </w:rPr>
      </w:pPr>
      <w:r w:rsidRPr="00B05A62">
        <w:rPr>
          <w:sz w:val="20"/>
          <w:szCs w:val="20"/>
        </w:rPr>
        <w:t>CZĘŚĆ B. Kryteria formalne - obowiązkowe</w:t>
      </w:r>
    </w:p>
    <w:p w14:paraId="754BFD68" w14:textId="77777777" w:rsidR="00C77A45" w:rsidRPr="00B05A62" w:rsidRDefault="003F7AEF">
      <w:pPr>
        <w:rPr>
          <w:sz w:val="20"/>
          <w:szCs w:val="20"/>
        </w:rPr>
      </w:pPr>
      <w:r w:rsidRPr="00B05A62">
        <w:rPr>
          <w:i/>
          <w:sz w:val="20"/>
          <w:szCs w:val="20"/>
        </w:rPr>
        <w:t>Wszystkie kryteria formalne muszą być spełnione łącznie. Ocena formalna ma charakter „spełnia / nie spełnia”.</w:t>
      </w:r>
    </w:p>
    <w:tbl>
      <w:tblPr>
        <w:tblStyle w:val="Tabela-Siatka"/>
        <w:tblW w:w="0" w:type="auto"/>
        <w:jc w:val="center"/>
        <w:tblCellMar>
          <w:top w:w="80" w:type="dxa"/>
          <w:left w:w="80" w:type="dxa"/>
          <w:bottom w:w="80" w:type="dxa"/>
          <w:right w:w="80" w:type="dxa"/>
        </w:tblCellMar>
        <w:tblLook w:val="04A0" w:firstRow="1" w:lastRow="0" w:firstColumn="1" w:lastColumn="0" w:noHBand="0" w:noVBand="1"/>
      </w:tblPr>
      <w:tblGrid>
        <w:gridCol w:w="567"/>
        <w:gridCol w:w="3628"/>
        <w:gridCol w:w="1701"/>
        <w:gridCol w:w="3855"/>
      </w:tblGrid>
      <w:tr w:rsidR="00C77A45" w:rsidRPr="00B05A62" w14:paraId="514F42DA" w14:textId="77777777">
        <w:trPr>
          <w:jc w:val="center"/>
        </w:trPr>
        <w:tc>
          <w:tcPr>
            <w:tcW w:w="567" w:type="dxa"/>
            <w:shd w:val="clear" w:color="auto" w:fill="D9EAD3"/>
            <w:vAlign w:val="center"/>
          </w:tcPr>
          <w:p w14:paraId="7F456607" w14:textId="77777777" w:rsidR="00C77A45" w:rsidRPr="00B05A62" w:rsidRDefault="003F7AEF">
            <w:pPr>
              <w:jc w:val="center"/>
              <w:rPr>
                <w:sz w:val="20"/>
                <w:szCs w:val="20"/>
              </w:rPr>
            </w:pPr>
            <w:r w:rsidRPr="00B05A62">
              <w:rPr>
                <w:b/>
                <w:sz w:val="20"/>
                <w:szCs w:val="20"/>
              </w:rPr>
              <w:t>Lp.</w:t>
            </w:r>
          </w:p>
        </w:tc>
        <w:tc>
          <w:tcPr>
            <w:tcW w:w="3628" w:type="dxa"/>
            <w:shd w:val="clear" w:color="auto" w:fill="D9EAD3"/>
            <w:vAlign w:val="center"/>
          </w:tcPr>
          <w:p w14:paraId="24682670" w14:textId="77777777" w:rsidR="00C77A45" w:rsidRPr="00B05A62" w:rsidRDefault="003F7AEF">
            <w:pPr>
              <w:jc w:val="center"/>
              <w:rPr>
                <w:sz w:val="20"/>
                <w:szCs w:val="20"/>
              </w:rPr>
            </w:pPr>
            <w:r w:rsidRPr="00B05A62">
              <w:rPr>
                <w:b/>
                <w:sz w:val="20"/>
                <w:szCs w:val="20"/>
              </w:rPr>
              <w:t>Warunek obligatoryjny</w:t>
            </w:r>
          </w:p>
        </w:tc>
        <w:tc>
          <w:tcPr>
            <w:tcW w:w="1701" w:type="dxa"/>
            <w:shd w:val="clear" w:color="auto" w:fill="D9EAD3"/>
            <w:vAlign w:val="center"/>
          </w:tcPr>
          <w:p w14:paraId="4A974EF5" w14:textId="77777777" w:rsidR="00C77A45" w:rsidRPr="00B05A62" w:rsidRDefault="003F7AEF">
            <w:pPr>
              <w:jc w:val="center"/>
              <w:rPr>
                <w:sz w:val="20"/>
                <w:szCs w:val="20"/>
              </w:rPr>
            </w:pPr>
            <w:r w:rsidRPr="00B05A62">
              <w:rPr>
                <w:b/>
                <w:sz w:val="20"/>
                <w:szCs w:val="20"/>
              </w:rPr>
              <w:t>Spełnienie kryterium</w:t>
            </w:r>
          </w:p>
        </w:tc>
        <w:tc>
          <w:tcPr>
            <w:tcW w:w="3855" w:type="dxa"/>
            <w:shd w:val="clear" w:color="auto" w:fill="D9EAD3"/>
            <w:vAlign w:val="center"/>
          </w:tcPr>
          <w:p w14:paraId="29BCF6A8" w14:textId="77777777" w:rsidR="00C77A45" w:rsidRPr="00B05A62" w:rsidRDefault="003F7AEF">
            <w:pPr>
              <w:jc w:val="center"/>
              <w:rPr>
                <w:sz w:val="20"/>
                <w:szCs w:val="20"/>
              </w:rPr>
            </w:pPr>
            <w:r w:rsidRPr="00B05A62">
              <w:rPr>
                <w:b/>
                <w:sz w:val="20"/>
                <w:szCs w:val="20"/>
              </w:rPr>
              <w:t>Dokument potwierdzający</w:t>
            </w:r>
          </w:p>
        </w:tc>
      </w:tr>
      <w:tr w:rsidR="00C77A45" w:rsidRPr="00B05A62" w14:paraId="3B2773EE" w14:textId="77777777">
        <w:trPr>
          <w:jc w:val="center"/>
        </w:trPr>
        <w:tc>
          <w:tcPr>
            <w:tcW w:w="567" w:type="dxa"/>
            <w:vAlign w:val="center"/>
          </w:tcPr>
          <w:p w14:paraId="68C48B65" w14:textId="77777777" w:rsidR="00C77A45" w:rsidRPr="00B05A62" w:rsidRDefault="003F7AEF">
            <w:pPr>
              <w:jc w:val="center"/>
              <w:rPr>
                <w:sz w:val="20"/>
                <w:szCs w:val="20"/>
              </w:rPr>
            </w:pPr>
            <w:r w:rsidRPr="00B05A62">
              <w:rPr>
                <w:sz w:val="20"/>
                <w:szCs w:val="20"/>
              </w:rPr>
              <w:t>1</w:t>
            </w:r>
          </w:p>
        </w:tc>
        <w:tc>
          <w:tcPr>
            <w:tcW w:w="3628" w:type="dxa"/>
            <w:vAlign w:val="center"/>
          </w:tcPr>
          <w:p w14:paraId="5724989A" w14:textId="77777777" w:rsidR="00C77A45" w:rsidRPr="00B05A62" w:rsidRDefault="003F7AEF">
            <w:pPr>
              <w:rPr>
                <w:sz w:val="20"/>
                <w:szCs w:val="20"/>
              </w:rPr>
            </w:pPr>
            <w:r w:rsidRPr="00B05A62">
              <w:rPr>
                <w:sz w:val="20"/>
                <w:szCs w:val="20"/>
              </w:rPr>
              <w:t>Posiadanie statusu osoby z niepełnosprawnością</w:t>
            </w:r>
          </w:p>
        </w:tc>
        <w:tc>
          <w:tcPr>
            <w:tcW w:w="1701" w:type="dxa"/>
            <w:vAlign w:val="center"/>
          </w:tcPr>
          <w:p w14:paraId="31FF2FE7" w14:textId="77777777" w:rsidR="00C77A45" w:rsidRPr="00B05A62" w:rsidRDefault="003F7AEF">
            <w:pPr>
              <w:jc w:val="center"/>
              <w:rPr>
                <w:sz w:val="20"/>
                <w:szCs w:val="20"/>
              </w:rPr>
            </w:pPr>
            <w:r w:rsidRPr="00B05A62">
              <w:rPr>
                <w:sz w:val="20"/>
                <w:szCs w:val="20"/>
              </w:rPr>
              <w:t>☐</w:t>
            </w:r>
            <w:r w:rsidRPr="00B05A62">
              <w:rPr>
                <w:sz w:val="20"/>
                <w:szCs w:val="20"/>
              </w:rPr>
              <w:t xml:space="preserve"> TAK / ☐ NIE</w:t>
            </w:r>
          </w:p>
        </w:tc>
        <w:tc>
          <w:tcPr>
            <w:tcW w:w="3855" w:type="dxa"/>
            <w:vAlign w:val="center"/>
          </w:tcPr>
          <w:p w14:paraId="25DD703C" w14:textId="77777777" w:rsidR="00C77A45" w:rsidRPr="00B05A62" w:rsidRDefault="003F7AEF">
            <w:pPr>
              <w:rPr>
                <w:sz w:val="20"/>
                <w:szCs w:val="20"/>
              </w:rPr>
            </w:pPr>
            <w:r w:rsidRPr="00B05A62">
              <w:rPr>
                <w:sz w:val="20"/>
                <w:szCs w:val="20"/>
              </w:rPr>
              <w:t>Kopia ważnego orzeczenia o niepełnosprawności, o stopniu niepełnosprawności albo orzeczenia o potrzebie kształcenia specjalnego.</w:t>
            </w:r>
          </w:p>
        </w:tc>
      </w:tr>
      <w:tr w:rsidR="00C77A45" w:rsidRPr="00B05A62" w14:paraId="37D85272" w14:textId="77777777">
        <w:trPr>
          <w:jc w:val="center"/>
        </w:trPr>
        <w:tc>
          <w:tcPr>
            <w:tcW w:w="567" w:type="dxa"/>
            <w:vAlign w:val="center"/>
          </w:tcPr>
          <w:p w14:paraId="73974BE6" w14:textId="77777777" w:rsidR="00C77A45" w:rsidRPr="00B05A62" w:rsidRDefault="003F7AEF">
            <w:pPr>
              <w:jc w:val="center"/>
              <w:rPr>
                <w:sz w:val="20"/>
                <w:szCs w:val="20"/>
              </w:rPr>
            </w:pPr>
            <w:r w:rsidRPr="00B05A62">
              <w:rPr>
                <w:sz w:val="20"/>
                <w:szCs w:val="20"/>
              </w:rPr>
              <w:lastRenderedPageBreak/>
              <w:t>2</w:t>
            </w:r>
          </w:p>
        </w:tc>
        <w:tc>
          <w:tcPr>
            <w:tcW w:w="3628" w:type="dxa"/>
            <w:vAlign w:val="center"/>
          </w:tcPr>
          <w:p w14:paraId="0E47999D" w14:textId="77777777" w:rsidR="00C77A45" w:rsidRPr="00B05A62" w:rsidRDefault="003F7AEF">
            <w:pPr>
              <w:rPr>
                <w:sz w:val="20"/>
                <w:szCs w:val="20"/>
              </w:rPr>
            </w:pPr>
            <w:r w:rsidRPr="00B05A62">
              <w:rPr>
                <w:sz w:val="20"/>
                <w:szCs w:val="20"/>
              </w:rPr>
              <w:t>Zamieszkiwanie na terenie województwa kujawsko-pomorskiego</w:t>
            </w:r>
          </w:p>
        </w:tc>
        <w:tc>
          <w:tcPr>
            <w:tcW w:w="1701" w:type="dxa"/>
            <w:vAlign w:val="center"/>
          </w:tcPr>
          <w:p w14:paraId="6BDCD49B" w14:textId="77777777" w:rsidR="00C77A45" w:rsidRPr="00B05A62" w:rsidRDefault="003F7AEF">
            <w:pPr>
              <w:jc w:val="center"/>
              <w:rPr>
                <w:sz w:val="20"/>
                <w:szCs w:val="20"/>
              </w:rPr>
            </w:pPr>
            <w:r w:rsidRPr="00B05A62">
              <w:rPr>
                <w:sz w:val="20"/>
                <w:szCs w:val="20"/>
              </w:rPr>
              <w:t>☐</w:t>
            </w:r>
            <w:r w:rsidRPr="00B05A62">
              <w:rPr>
                <w:sz w:val="20"/>
                <w:szCs w:val="20"/>
              </w:rPr>
              <w:t xml:space="preserve"> TAK / ☐ NIE</w:t>
            </w:r>
          </w:p>
        </w:tc>
        <w:tc>
          <w:tcPr>
            <w:tcW w:w="3855" w:type="dxa"/>
            <w:vAlign w:val="center"/>
          </w:tcPr>
          <w:p w14:paraId="11D51D78" w14:textId="77777777" w:rsidR="00C77A45" w:rsidRPr="00B05A62" w:rsidRDefault="003F7AEF">
            <w:pPr>
              <w:rPr>
                <w:sz w:val="20"/>
                <w:szCs w:val="20"/>
              </w:rPr>
            </w:pPr>
            <w:r w:rsidRPr="00B05A62">
              <w:rPr>
                <w:sz w:val="20"/>
                <w:szCs w:val="20"/>
              </w:rPr>
              <w:t>Dokument potwierdzający zamieszkanie, np. zaświadczenie o zameldowaniu, umowa najmu/użyczenia, oświadczenie lub inny dokument.</w:t>
            </w:r>
          </w:p>
        </w:tc>
      </w:tr>
      <w:tr w:rsidR="00C77A45" w:rsidRPr="00B05A62" w14:paraId="16465100" w14:textId="77777777">
        <w:trPr>
          <w:jc w:val="center"/>
        </w:trPr>
        <w:tc>
          <w:tcPr>
            <w:tcW w:w="567" w:type="dxa"/>
            <w:vAlign w:val="center"/>
          </w:tcPr>
          <w:p w14:paraId="00DFAEB1" w14:textId="77777777" w:rsidR="00C77A45" w:rsidRPr="00B05A62" w:rsidRDefault="003F7AEF">
            <w:pPr>
              <w:jc w:val="center"/>
              <w:rPr>
                <w:sz w:val="20"/>
                <w:szCs w:val="20"/>
              </w:rPr>
            </w:pPr>
            <w:r w:rsidRPr="00B05A62">
              <w:rPr>
                <w:sz w:val="20"/>
                <w:szCs w:val="20"/>
              </w:rPr>
              <w:t>3</w:t>
            </w:r>
          </w:p>
        </w:tc>
        <w:tc>
          <w:tcPr>
            <w:tcW w:w="3628" w:type="dxa"/>
            <w:vAlign w:val="center"/>
          </w:tcPr>
          <w:p w14:paraId="203D7686" w14:textId="77777777" w:rsidR="00C77A45" w:rsidRPr="00B05A62" w:rsidRDefault="003F7AEF">
            <w:pPr>
              <w:rPr>
                <w:sz w:val="20"/>
                <w:szCs w:val="20"/>
              </w:rPr>
            </w:pPr>
            <w:r w:rsidRPr="00B05A62">
              <w:rPr>
                <w:sz w:val="20"/>
                <w:szCs w:val="20"/>
              </w:rPr>
              <w:t>Realizowanie nauki w szkole ponadpodstawowej, z wyłączeniem szkoły policealnej</w:t>
            </w:r>
          </w:p>
        </w:tc>
        <w:tc>
          <w:tcPr>
            <w:tcW w:w="1701" w:type="dxa"/>
            <w:vAlign w:val="center"/>
          </w:tcPr>
          <w:p w14:paraId="70F8AB53" w14:textId="77777777" w:rsidR="00C77A45" w:rsidRPr="00B05A62" w:rsidRDefault="003F7AEF">
            <w:pPr>
              <w:jc w:val="center"/>
              <w:rPr>
                <w:sz w:val="20"/>
                <w:szCs w:val="20"/>
              </w:rPr>
            </w:pPr>
            <w:r w:rsidRPr="00B05A62">
              <w:rPr>
                <w:sz w:val="20"/>
                <w:szCs w:val="20"/>
              </w:rPr>
              <w:t>☐</w:t>
            </w:r>
            <w:r w:rsidRPr="00B05A62">
              <w:rPr>
                <w:sz w:val="20"/>
                <w:szCs w:val="20"/>
              </w:rPr>
              <w:t xml:space="preserve"> TAK / ☐ NIE</w:t>
            </w:r>
          </w:p>
        </w:tc>
        <w:tc>
          <w:tcPr>
            <w:tcW w:w="3855" w:type="dxa"/>
            <w:vAlign w:val="center"/>
          </w:tcPr>
          <w:p w14:paraId="0ED180C9" w14:textId="77777777" w:rsidR="00C77A45" w:rsidRPr="00B05A62" w:rsidRDefault="003F7AEF">
            <w:pPr>
              <w:rPr>
                <w:sz w:val="20"/>
                <w:szCs w:val="20"/>
              </w:rPr>
            </w:pPr>
            <w:r w:rsidRPr="00B05A62">
              <w:rPr>
                <w:sz w:val="20"/>
                <w:szCs w:val="20"/>
              </w:rPr>
              <w:t>Zaświadczenie ze szkoły o pobieraniu nauki.</w:t>
            </w:r>
          </w:p>
        </w:tc>
      </w:tr>
      <w:tr w:rsidR="00C77A45" w:rsidRPr="00B05A62" w14:paraId="4A605E73" w14:textId="77777777">
        <w:trPr>
          <w:jc w:val="center"/>
        </w:trPr>
        <w:tc>
          <w:tcPr>
            <w:tcW w:w="567" w:type="dxa"/>
            <w:vAlign w:val="center"/>
          </w:tcPr>
          <w:p w14:paraId="229E2666" w14:textId="77777777" w:rsidR="00C77A45" w:rsidRPr="00B05A62" w:rsidRDefault="003F7AEF">
            <w:pPr>
              <w:jc w:val="center"/>
              <w:rPr>
                <w:sz w:val="20"/>
                <w:szCs w:val="20"/>
              </w:rPr>
            </w:pPr>
            <w:r w:rsidRPr="00B05A62">
              <w:rPr>
                <w:sz w:val="20"/>
                <w:szCs w:val="20"/>
              </w:rPr>
              <w:t>4</w:t>
            </w:r>
          </w:p>
        </w:tc>
        <w:tc>
          <w:tcPr>
            <w:tcW w:w="3628" w:type="dxa"/>
            <w:vAlign w:val="center"/>
          </w:tcPr>
          <w:p w14:paraId="2833CFC7" w14:textId="77777777" w:rsidR="00C77A45" w:rsidRPr="00B05A62" w:rsidRDefault="003F7AEF">
            <w:pPr>
              <w:rPr>
                <w:sz w:val="20"/>
                <w:szCs w:val="20"/>
              </w:rPr>
            </w:pPr>
            <w:r w:rsidRPr="00B05A62">
              <w:rPr>
                <w:sz w:val="20"/>
                <w:szCs w:val="20"/>
              </w:rPr>
              <w:t>Ukończenie co najmniej pierwszej klasy szkoły ponadpodstawowej</w:t>
            </w:r>
          </w:p>
        </w:tc>
        <w:tc>
          <w:tcPr>
            <w:tcW w:w="1701" w:type="dxa"/>
            <w:vAlign w:val="center"/>
          </w:tcPr>
          <w:p w14:paraId="66B6CC06" w14:textId="77777777" w:rsidR="00C77A45" w:rsidRPr="00B05A62" w:rsidRDefault="003F7AEF">
            <w:pPr>
              <w:jc w:val="center"/>
              <w:rPr>
                <w:sz w:val="20"/>
                <w:szCs w:val="20"/>
              </w:rPr>
            </w:pPr>
            <w:r w:rsidRPr="00B05A62">
              <w:rPr>
                <w:sz w:val="20"/>
                <w:szCs w:val="20"/>
              </w:rPr>
              <w:t>☐</w:t>
            </w:r>
            <w:r w:rsidRPr="00B05A62">
              <w:rPr>
                <w:sz w:val="20"/>
                <w:szCs w:val="20"/>
              </w:rPr>
              <w:t xml:space="preserve"> TAK / ☐ NIE</w:t>
            </w:r>
          </w:p>
        </w:tc>
        <w:tc>
          <w:tcPr>
            <w:tcW w:w="3855" w:type="dxa"/>
            <w:vAlign w:val="center"/>
          </w:tcPr>
          <w:p w14:paraId="0DBDEE01" w14:textId="77777777" w:rsidR="00C77A45" w:rsidRPr="00B05A62" w:rsidRDefault="003F7AEF">
            <w:pPr>
              <w:rPr>
                <w:sz w:val="20"/>
                <w:szCs w:val="20"/>
              </w:rPr>
            </w:pPr>
            <w:r w:rsidRPr="00B05A62">
              <w:rPr>
                <w:sz w:val="20"/>
                <w:szCs w:val="20"/>
              </w:rPr>
              <w:t>Świadectwo szkolne albo zaświadczenie szkoły.</w:t>
            </w:r>
          </w:p>
        </w:tc>
      </w:tr>
      <w:tr w:rsidR="00C77A45" w:rsidRPr="00B05A62" w14:paraId="742EB9F3" w14:textId="77777777">
        <w:trPr>
          <w:jc w:val="center"/>
        </w:trPr>
        <w:tc>
          <w:tcPr>
            <w:tcW w:w="567" w:type="dxa"/>
            <w:vAlign w:val="center"/>
          </w:tcPr>
          <w:p w14:paraId="6E14438E" w14:textId="77777777" w:rsidR="00C77A45" w:rsidRPr="00B05A62" w:rsidRDefault="003F7AEF">
            <w:pPr>
              <w:jc w:val="center"/>
              <w:rPr>
                <w:sz w:val="20"/>
                <w:szCs w:val="20"/>
              </w:rPr>
            </w:pPr>
            <w:r w:rsidRPr="00B05A62">
              <w:rPr>
                <w:sz w:val="20"/>
                <w:szCs w:val="20"/>
              </w:rPr>
              <w:t>5</w:t>
            </w:r>
          </w:p>
        </w:tc>
        <w:tc>
          <w:tcPr>
            <w:tcW w:w="3628" w:type="dxa"/>
            <w:vAlign w:val="center"/>
          </w:tcPr>
          <w:p w14:paraId="1A70A05D" w14:textId="77777777" w:rsidR="00C77A45" w:rsidRPr="00B05A62" w:rsidRDefault="003F7AEF">
            <w:pPr>
              <w:rPr>
                <w:sz w:val="20"/>
                <w:szCs w:val="20"/>
              </w:rPr>
            </w:pPr>
            <w:r w:rsidRPr="00B05A62">
              <w:rPr>
                <w:sz w:val="20"/>
                <w:szCs w:val="20"/>
              </w:rPr>
              <w:t>Uzyskanie średniej ocen z obowiązkowych zajęć edukacyjnych co najmniej 4,75 za rok szkolny 2025/2026</w:t>
            </w:r>
          </w:p>
        </w:tc>
        <w:tc>
          <w:tcPr>
            <w:tcW w:w="1701" w:type="dxa"/>
            <w:vAlign w:val="center"/>
          </w:tcPr>
          <w:p w14:paraId="6DC4DA56" w14:textId="77777777" w:rsidR="00C77A45" w:rsidRPr="00B05A62" w:rsidRDefault="003F7AEF">
            <w:pPr>
              <w:jc w:val="center"/>
              <w:rPr>
                <w:sz w:val="20"/>
                <w:szCs w:val="20"/>
              </w:rPr>
            </w:pPr>
            <w:r w:rsidRPr="00B05A62">
              <w:rPr>
                <w:sz w:val="20"/>
                <w:szCs w:val="20"/>
              </w:rPr>
              <w:t>☐</w:t>
            </w:r>
            <w:r w:rsidRPr="00B05A62">
              <w:rPr>
                <w:sz w:val="20"/>
                <w:szCs w:val="20"/>
              </w:rPr>
              <w:t xml:space="preserve"> TAK / ☐ NIE</w:t>
            </w:r>
            <w:r w:rsidRPr="00B05A62">
              <w:rPr>
                <w:sz w:val="20"/>
                <w:szCs w:val="20"/>
              </w:rPr>
              <w:br/>
              <w:t>Średnia: ............</w:t>
            </w:r>
          </w:p>
        </w:tc>
        <w:tc>
          <w:tcPr>
            <w:tcW w:w="3855" w:type="dxa"/>
            <w:vAlign w:val="center"/>
          </w:tcPr>
          <w:p w14:paraId="33F90B2E" w14:textId="77777777" w:rsidR="00C77A45" w:rsidRPr="00B05A62" w:rsidRDefault="003F7AEF">
            <w:pPr>
              <w:rPr>
                <w:sz w:val="20"/>
                <w:szCs w:val="20"/>
              </w:rPr>
            </w:pPr>
            <w:r w:rsidRPr="00B05A62">
              <w:rPr>
                <w:sz w:val="20"/>
                <w:szCs w:val="20"/>
              </w:rPr>
              <w:t>Kopia świadectwa szkolnego za rok szkolny 2025/2026.</w:t>
            </w:r>
          </w:p>
        </w:tc>
      </w:tr>
      <w:tr w:rsidR="00C77A45" w:rsidRPr="00B05A62" w14:paraId="5617116F" w14:textId="77777777">
        <w:trPr>
          <w:jc w:val="center"/>
        </w:trPr>
        <w:tc>
          <w:tcPr>
            <w:tcW w:w="567" w:type="dxa"/>
            <w:vAlign w:val="center"/>
          </w:tcPr>
          <w:p w14:paraId="3FA0A21A" w14:textId="77777777" w:rsidR="00C77A45" w:rsidRPr="00B05A62" w:rsidRDefault="003F7AEF">
            <w:pPr>
              <w:jc w:val="center"/>
              <w:rPr>
                <w:sz w:val="20"/>
                <w:szCs w:val="20"/>
              </w:rPr>
            </w:pPr>
            <w:r w:rsidRPr="00B05A62">
              <w:rPr>
                <w:sz w:val="20"/>
                <w:szCs w:val="20"/>
              </w:rPr>
              <w:t>6</w:t>
            </w:r>
          </w:p>
        </w:tc>
        <w:tc>
          <w:tcPr>
            <w:tcW w:w="3628" w:type="dxa"/>
            <w:vAlign w:val="center"/>
          </w:tcPr>
          <w:p w14:paraId="10779EFB" w14:textId="77777777" w:rsidR="00C77A45" w:rsidRPr="00B05A62" w:rsidRDefault="003F7AEF">
            <w:pPr>
              <w:rPr>
                <w:sz w:val="20"/>
                <w:szCs w:val="20"/>
              </w:rPr>
            </w:pPr>
            <w:r w:rsidRPr="00B05A62">
              <w:rPr>
                <w:sz w:val="20"/>
                <w:szCs w:val="20"/>
              </w:rPr>
              <w:t>Uzyskanie co najmniej dobrej oceny z zachowania</w:t>
            </w:r>
          </w:p>
        </w:tc>
        <w:tc>
          <w:tcPr>
            <w:tcW w:w="1701" w:type="dxa"/>
            <w:vAlign w:val="center"/>
          </w:tcPr>
          <w:p w14:paraId="581ACD5D" w14:textId="77777777" w:rsidR="00C77A45" w:rsidRPr="00B05A62" w:rsidRDefault="003F7AEF">
            <w:pPr>
              <w:jc w:val="center"/>
              <w:rPr>
                <w:sz w:val="20"/>
                <w:szCs w:val="20"/>
              </w:rPr>
            </w:pPr>
            <w:r w:rsidRPr="00B05A62">
              <w:rPr>
                <w:sz w:val="20"/>
                <w:szCs w:val="20"/>
              </w:rPr>
              <w:t>☐</w:t>
            </w:r>
            <w:r w:rsidRPr="00B05A62">
              <w:rPr>
                <w:sz w:val="20"/>
                <w:szCs w:val="20"/>
              </w:rPr>
              <w:t xml:space="preserve"> TAK / ☐ NIE</w:t>
            </w:r>
            <w:r w:rsidRPr="00B05A62">
              <w:rPr>
                <w:sz w:val="20"/>
                <w:szCs w:val="20"/>
              </w:rPr>
              <w:br/>
              <w:t>Ocena: ............</w:t>
            </w:r>
          </w:p>
        </w:tc>
        <w:tc>
          <w:tcPr>
            <w:tcW w:w="3855" w:type="dxa"/>
            <w:vAlign w:val="center"/>
          </w:tcPr>
          <w:p w14:paraId="17453BE2" w14:textId="77777777" w:rsidR="00C77A45" w:rsidRPr="00B05A62" w:rsidRDefault="003F7AEF">
            <w:pPr>
              <w:rPr>
                <w:sz w:val="20"/>
                <w:szCs w:val="20"/>
              </w:rPr>
            </w:pPr>
            <w:r w:rsidRPr="00B05A62">
              <w:rPr>
                <w:sz w:val="20"/>
                <w:szCs w:val="20"/>
              </w:rPr>
              <w:t>Kopia świadectwa szkolnego za rok szkolny 2025/2026.</w:t>
            </w:r>
          </w:p>
        </w:tc>
      </w:tr>
    </w:tbl>
    <w:p w14:paraId="4E04C257" w14:textId="77777777" w:rsidR="00C77A45" w:rsidRPr="00B05A62" w:rsidRDefault="003F7AEF">
      <w:pPr>
        <w:pStyle w:val="Nagwek1"/>
        <w:rPr>
          <w:sz w:val="20"/>
          <w:szCs w:val="20"/>
        </w:rPr>
      </w:pPr>
      <w:r w:rsidRPr="00B05A62">
        <w:rPr>
          <w:sz w:val="20"/>
          <w:szCs w:val="20"/>
        </w:rPr>
        <w:t>CZĘŚĆ C. Kryteria dodatkowe - osiągnięcia</w:t>
      </w:r>
    </w:p>
    <w:p w14:paraId="27A0567A" w14:textId="77777777" w:rsidR="00C77A45" w:rsidRPr="00B05A62" w:rsidRDefault="003F7AEF">
      <w:pPr>
        <w:rPr>
          <w:sz w:val="20"/>
          <w:szCs w:val="20"/>
        </w:rPr>
      </w:pPr>
      <w:r w:rsidRPr="00B05A62">
        <w:rPr>
          <w:i/>
          <w:sz w:val="20"/>
          <w:szCs w:val="20"/>
        </w:rPr>
        <w:t>Kryteria dodatkowe nie są obowiązkowe. Wypełnia kandydat, jeśli ubiega się o dodatkowe punkty. Liczbę punktów wpisuje komisja.</w:t>
      </w:r>
    </w:p>
    <w:tbl>
      <w:tblPr>
        <w:tblStyle w:val="Tabela-Siatka"/>
        <w:tblW w:w="0" w:type="auto"/>
        <w:jc w:val="center"/>
        <w:tblCellMar>
          <w:top w:w="80" w:type="dxa"/>
          <w:left w:w="80" w:type="dxa"/>
          <w:bottom w:w="80" w:type="dxa"/>
          <w:right w:w="80" w:type="dxa"/>
        </w:tblCellMar>
        <w:tblLook w:val="04A0" w:firstRow="1" w:lastRow="0" w:firstColumn="1" w:lastColumn="0" w:noHBand="0" w:noVBand="1"/>
      </w:tblPr>
      <w:tblGrid>
        <w:gridCol w:w="454"/>
        <w:gridCol w:w="1696"/>
        <w:gridCol w:w="3226"/>
        <w:gridCol w:w="3291"/>
        <w:gridCol w:w="1301"/>
      </w:tblGrid>
      <w:tr w:rsidR="00C77A45" w:rsidRPr="00B05A62" w14:paraId="0418FA05" w14:textId="77777777">
        <w:trPr>
          <w:jc w:val="center"/>
        </w:trPr>
        <w:tc>
          <w:tcPr>
            <w:tcW w:w="454" w:type="dxa"/>
            <w:shd w:val="clear" w:color="auto" w:fill="D9EAD3"/>
            <w:vAlign w:val="center"/>
          </w:tcPr>
          <w:p w14:paraId="4D225C1D" w14:textId="77777777" w:rsidR="00C77A45" w:rsidRPr="00B05A62" w:rsidRDefault="003F7AEF">
            <w:pPr>
              <w:jc w:val="center"/>
              <w:rPr>
                <w:sz w:val="20"/>
                <w:szCs w:val="20"/>
              </w:rPr>
            </w:pPr>
            <w:r w:rsidRPr="00B05A62">
              <w:rPr>
                <w:b/>
                <w:sz w:val="20"/>
                <w:szCs w:val="20"/>
              </w:rPr>
              <w:t>Lp.</w:t>
            </w:r>
          </w:p>
        </w:tc>
        <w:tc>
          <w:tcPr>
            <w:tcW w:w="1701" w:type="dxa"/>
            <w:shd w:val="clear" w:color="auto" w:fill="D9EAD3"/>
            <w:vAlign w:val="center"/>
          </w:tcPr>
          <w:p w14:paraId="3A349D8D" w14:textId="77777777" w:rsidR="00C77A45" w:rsidRPr="00B05A62" w:rsidRDefault="003F7AEF">
            <w:pPr>
              <w:jc w:val="center"/>
              <w:rPr>
                <w:sz w:val="20"/>
                <w:szCs w:val="20"/>
              </w:rPr>
            </w:pPr>
            <w:r w:rsidRPr="00B05A62">
              <w:rPr>
                <w:b/>
                <w:sz w:val="20"/>
                <w:szCs w:val="20"/>
              </w:rPr>
              <w:t>Kryterium dodatkowe</w:t>
            </w:r>
          </w:p>
        </w:tc>
        <w:tc>
          <w:tcPr>
            <w:tcW w:w="3231" w:type="dxa"/>
            <w:shd w:val="clear" w:color="auto" w:fill="D9EAD3"/>
            <w:vAlign w:val="center"/>
          </w:tcPr>
          <w:p w14:paraId="0F8CFBF9" w14:textId="77777777" w:rsidR="00C77A45" w:rsidRPr="00B05A62" w:rsidRDefault="003F7AEF">
            <w:pPr>
              <w:jc w:val="center"/>
              <w:rPr>
                <w:sz w:val="20"/>
                <w:szCs w:val="20"/>
              </w:rPr>
            </w:pPr>
            <w:r w:rsidRPr="00B05A62">
              <w:rPr>
                <w:b/>
                <w:sz w:val="20"/>
                <w:szCs w:val="20"/>
              </w:rPr>
              <w:t>Opis warunku</w:t>
            </w:r>
          </w:p>
        </w:tc>
        <w:tc>
          <w:tcPr>
            <w:tcW w:w="2948" w:type="dxa"/>
            <w:shd w:val="clear" w:color="auto" w:fill="D9EAD3"/>
            <w:vAlign w:val="center"/>
          </w:tcPr>
          <w:p w14:paraId="2EAB3974" w14:textId="77777777" w:rsidR="00C77A45" w:rsidRPr="00B05A62" w:rsidRDefault="003F7AEF">
            <w:pPr>
              <w:jc w:val="center"/>
              <w:rPr>
                <w:sz w:val="20"/>
                <w:szCs w:val="20"/>
              </w:rPr>
            </w:pPr>
            <w:r w:rsidRPr="00B05A62">
              <w:rPr>
                <w:b/>
                <w:sz w:val="20"/>
                <w:szCs w:val="20"/>
              </w:rPr>
              <w:t>Potwierdzenie / numer dokumentu</w:t>
            </w:r>
          </w:p>
        </w:tc>
        <w:tc>
          <w:tcPr>
            <w:tcW w:w="1304" w:type="dxa"/>
            <w:shd w:val="clear" w:color="auto" w:fill="D9EAD3"/>
            <w:vAlign w:val="center"/>
          </w:tcPr>
          <w:p w14:paraId="79C7E13E" w14:textId="77777777" w:rsidR="00C77A45" w:rsidRPr="00B05A62" w:rsidRDefault="003F7AEF">
            <w:pPr>
              <w:jc w:val="center"/>
              <w:rPr>
                <w:sz w:val="20"/>
                <w:szCs w:val="20"/>
              </w:rPr>
            </w:pPr>
            <w:r w:rsidRPr="00B05A62">
              <w:rPr>
                <w:b/>
                <w:sz w:val="20"/>
                <w:szCs w:val="20"/>
              </w:rPr>
              <w:t>Punkty - wypełnia komisja</w:t>
            </w:r>
          </w:p>
        </w:tc>
      </w:tr>
      <w:tr w:rsidR="00C77A45" w:rsidRPr="00B05A62" w14:paraId="28588D25" w14:textId="77777777">
        <w:trPr>
          <w:jc w:val="center"/>
        </w:trPr>
        <w:tc>
          <w:tcPr>
            <w:tcW w:w="454" w:type="dxa"/>
            <w:vAlign w:val="center"/>
          </w:tcPr>
          <w:p w14:paraId="4D3C33E9" w14:textId="77777777" w:rsidR="00C77A45" w:rsidRPr="00B05A62" w:rsidRDefault="003F7AEF">
            <w:pPr>
              <w:jc w:val="center"/>
              <w:rPr>
                <w:sz w:val="20"/>
                <w:szCs w:val="20"/>
              </w:rPr>
            </w:pPr>
            <w:r w:rsidRPr="00B05A62">
              <w:rPr>
                <w:sz w:val="20"/>
                <w:szCs w:val="20"/>
              </w:rPr>
              <w:t>1</w:t>
            </w:r>
          </w:p>
        </w:tc>
        <w:tc>
          <w:tcPr>
            <w:tcW w:w="1701" w:type="dxa"/>
            <w:vAlign w:val="center"/>
          </w:tcPr>
          <w:p w14:paraId="19A03DED" w14:textId="77777777" w:rsidR="00C77A45" w:rsidRPr="00B05A62" w:rsidRDefault="003F7AEF">
            <w:pPr>
              <w:rPr>
                <w:sz w:val="20"/>
                <w:szCs w:val="20"/>
              </w:rPr>
            </w:pPr>
            <w:r w:rsidRPr="00B05A62">
              <w:rPr>
                <w:sz w:val="20"/>
                <w:szCs w:val="20"/>
              </w:rPr>
              <w:t>Osiągnięcia naukowe</w:t>
            </w:r>
          </w:p>
        </w:tc>
        <w:tc>
          <w:tcPr>
            <w:tcW w:w="3231" w:type="dxa"/>
            <w:vAlign w:val="center"/>
          </w:tcPr>
          <w:p w14:paraId="33745D21" w14:textId="77777777" w:rsidR="00C77A45" w:rsidRPr="00B05A62" w:rsidRDefault="003F7AEF">
            <w:pPr>
              <w:rPr>
                <w:sz w:val="20"/>
                <w:szCs w:val="20"/>
              </w:rPr>
            </w:pPr>
            <w:r w:rsidRPr="00B05A62">
              <w:rPr>
                <w:sz w:val="20"/>
                <w:szCs w:val="20"/>
              </w:rPr>
              <w:t>Kandydat jest finalistą lub laureatem konkursów i olimpiad przedmiotowych ogłaszanych przez ministra właściwego ds. oświaty, Kuratora Oświaty lub inne instytucje, co najmniej na szczeblu wojewódzkim.</w:t>
            </w:r>
          </w:p>
        </w:tc>
        <w:tc>
          <w:tcPr>
            <w:tcW w:w="2948" w:type="dxa"/>
            <w:vAlign w:val="center"/>
          </w:tcPr>
          <w:p w14:paraId="12257F07" w14:textId="77777777" w:rsidR="00C77A45" w:rsidRPr="00B05A62" w:rsidRDefault="003F7AEF">
            <w:pPr>
              <w:rPr>
                <w:sz w:val="20"/>
                <w:szCs w:val="20"/>
              </w:rPr>
            </w:pPr>
            <w:r w:rsidRPr="00B05A62">
              <w:rPr>
                <w:sz w:val="20"/>
                <w:szCs w:val="20"/>
              </w:rPr>
              <w:t>Numery dokumentów / opis: ..............................................................</w:t>
            </w:r>
            <w:r w:rsidRPr="00B05A62">
              <w:rPr>
                <w:sz w:val="20"/>
                <w:szCs w:val="20"/>
              </w:rPr>
              <w:br/>
              <w:t>Liczba potwierdzonych tytułów: ..........</w:t>
            </w:r>
          </w:p>
        </w:tc>
        <w:tc>
          <w:tcPr>
            <w:tcW w:w="1304" w:type="dxa"/>
            <w:vAlign w:val="center"/>
          </w:tcPr>
          <w:p w14:paraId="4386E052" w14:textId="77777777" w:rsidR="00C77A45" w:rsidRPr="00B05A62" w:rsidRDefault="003F7AEF">
            <w:pPr>
              <w:jc w:val="center"/>
              <w:rPr>
                <w:sz w:val="20"/>
                <w:szCs w:val="20"/>
              </w:rPr>
            </w:pPr>
            <w:r w:rsidRPr="00B05A62">
              <w:rPr>
                <w:sz w:val="20"/>
                <w:szCs w:val="20"/>
              </w:rPr>
              <w:t>0 / 1 / 2 / 3</w:t>
            </w:r>
            <w:r w:rsidRPr="00B05A62">
              <w:rPr>
                <w:sz w:val="20"/>
                <w:szCs w:val="20"/>
              </w:rPr>
              <w:br/>
              <w:t>..........</w:t>
            </w:r>
          </w:p>
        </w:tc>
      </w:tr>
      <w:tr w:rsidR="00C77A45" w:rsidRPr="00B05A62" w14:paraId="33A45059" w14:textId="77777777">
        <w:trPr>
          <w:jc w:val="center"/>
        </w:trPr>
        <w:tc>
          <w:tcPr>
            <w:tcW w:w="454" w:type="dxa"/>
            <w:vAlign w:val="center"/>
          </w:tcPr>
          <w:p w14:paraId="682B98BC" w14:textId="77777777" w:rsidR="00C77A45" w:rsidRPr="00B05A62" w:rsidRDefault="003F7AEF">
            <w:pPr>
              <w:jc w:val="center"/>
              <w:rPr>
                <w:sz w:val="20"/>
                <w:szCs w:val="20"/>
              </w:rPr>
            </w:pPr>
            <w:r w:rsidRPr="00B05A62">
              <w:rPr>
                <w:sz w:val="20"/>
                <w:szCs w:val="20"/>
              </w:rPr>
              <w:t>2</w:t>
            </w:r>
          </w:p>
        </w:tc>
        <w:tc>
          <w:tcPr>
            <w:tcW w:w="1701" w:type="dxa"/>
            <w:vAlign w:val="center"/>
          </w:tcPr>
          <w:p w14:paraId="6B8F4B65" w14:textId="77777777" w:rsidR="00C77A45" w:rsidRPr="00B05A62" w:rsidRDefault="003F7AEF">
            <w:pPr>
              <w:rPr>
                <w:sz w:val="20"/>
                <w:szCs w:val="20"/>
              </w:rPr>
            </w:pPr>
            <w:r w:rsidRPr="00B05A62">
              <w:rPr>
                <w:sz w:val="20"/>
                <w:szCs w:val="20"/>
              </w:rPr>
              <w:t>Osiągnięcia artystyczne</w:t>
            </w:r>
          </w:p>
        </w:tc>
        <w:tc>
          <w:tcPr>
            <w:tcW w:w="3231" w:type="dxa"/>
            <w:vAlign w:val="center"/>
          </w:tcPr>
          <w:p w14:paraId="734C5F7E" w14:textId="77777777" w:rsidR="00C77A45" w:rsidRPr="00B05A62" w:rsidRDefault="003F7AEF">
            <w:pPr>
              <w:rPr>
                <w:sz w:val="20"/>
                <w:szCs w:val="20"/>
              </w:rPr>
            </w:pPr>
            <w:r w:rsidRPr="00B05A62">
              <w:rPr>
                <w:sz w:val="20"/>
                <w:szCs w:val="20"/>
              </w:rPr>
              <w:t>Kandydat jest laureatem ogólnopolskich lub międzynarodowych konkursów, turniejów lub olimpiad artystycznych organizowanych zgodnie z zasadami wskazanymi w regulaminie.</w:t>
            </w:r>
          </w:p>
        </w:tc>
        <w:tc>
          <w:tcPr>
            <w:tcW w:w="2948" w:type="dxa"/>
            <w:vAlign w:val="center"/>
          </w:tcPr>
          <w:p w14:paraId="53F86413" w14:textId="77777777" w:rsidR="00C77A45" w:rsidRPr="00B05A62" w:rsidRDefault="003F7AEF">
            <w:pPr>
              <w:rPr>
                <w:sz w:val="20"/>
                <w:szCs w:val="20"/>
              </w:rPr>
            </w:pPr>
            <w:r w:rsidRPr="00B05A62">
              <w:rPr>
                <w:sz w:val="20"/>
                <w:szCs w:val="20"/>
              </w:rPr>
              <w:t>Numery dokumentów / opis: ..............................................................</w:t>
            </w:r>
            <w:r w:rsidRPr="00B05A62">
              <w:rPr>
                <w:sz w:val="20"/>
                <w:szCs w:val="20"/>
              </w:rPr>
              <w:br/>
              <w:t>Liczba potwierdzonych osiągnięć: ..........</w:t>
            </w:r>
          </w:p>
        </w:tc>
        <w:tc>
          <w:tcPr>
            <w:tcW w:w="1304" w:type="dxa"/>
            <w:vAlign w:val="center"/>
          </w:tcPr>
          <w:p w14:paraId="7B241E1E" w14:textId="77777777" w:rsidR="00C77A45" w:rsidRPr="00B05A62" w:rsidRDefault="003F7AEF">
            <w:pPr>
              <w:jc w:val="center"/>
              <w:rPr>
                <w:sz w:val="20"/>
                <w:szCs w:val="20"/>
              </w:rPr>
            </w:pPr>
            <w:r w:rsidRPr="00B05A62">
              <w:rPr>
                <w:sz w:val="20"/>
                <w:szCs w:val="20"/>
              </w:rPr>
              <w:t>0 / 1 / 2 / 3</w:t>
            </w:r>
            <w:r w:rsidRPr="00B05A62">
              <w:rPr>
                <w:sz w:val="20"/>
                <w:szCs w:val="20"/>
              </w:rPr>
              <w:br/>
              <w:t>..........</w:t>
            </w:r>
          </w:p>
        </w:tc>
      </w:tr>
      <w:tr w:rsidR="00C77A45" w:rsidRPr="00B05A62" w14:paraId="6AE0A2D0" w14:textId="77777777">
        <w:trPr>
          <w:jc w:val="center"/>
        </w:trPr>
        <w:tc>
          <w:tcPr>
            <w:tcW w:w="454" w:type="dxa"/>
            <w:vAlign w:val="center"/>
          </w:tcPr>
          <w:p w14:paraId="41AB2C17" w14:textId="77777777" w:rsidR="00C77A45" w:rsidRPr="00B05A62" w:rsidRDefault="003F7AEF">
            <w:pPr>
              <w:jc w:val="center"/>
              <w:rPr>
                <w:sz w:val="20"/>
                <w:szCs w:val="20"/>
              </w:rPr>
            </w:pPr>
            <w:r w:rsidRPr="00B05A62">
              <w:rPr>
                <w:sz w:val="20"/>
                <w:szCs w:val="20"/>
              </w:rPr>
              <w:t>3</w:t>
            </w:r>
          </w:p>
        </w:tc>
        <w:tc>
          <w:tcPr>
            <w:tcW w:w="1701" w:type="dxa"/>
            <w:vAlign w:val="center"/>
          </w:tcPr>
          <w:p w14:paraId="5EC74C50" w14:textId="77777777" w:rsidR="00C77A45" w:rsidRPr="00B05A62" w:rsidRDefault="003F7AEF">
            <w:pPr>
              <w:rPr>
                <w:sz w:val="20"/>
                <w:szCs w:val="20"/>
              </w:rPr>
            </w:pPr>
            <w:r w:rsidRPr="00B05A62">
              <w:rPr>
                <w:sz w:val="20"/>
                <w:szCs w:val="20"/>
              </w:rPr>
              <w:t>Osiągnięcia sportowe</w:t>
            </w:r>
          </w:p>
        </w:tc>
        <w:tc>
          <w:tcPr>
            <w:tcW w:w="3231" w:type="dxa"/>
            <w:vAlign w:val="center"/>
          </w:tcPr>
          <w:p w14:paraId="1EC790BA" w14:textId="77777777" w:rsidR="00C77A45" w:rsidRPr="00B05A62" w:rsidRDefault="003F7AEF">
            <w:pPr>
              <w:rPr>
                <w:sz w:val="20"/>
                <w:szCs w:val="20"/>
              </w:rPr>
            </w:pPr>
            <w:r w:rsidRPr="00B05A62">
              <w:rPr>
                <w:sz w:val="20"/>
                <w:szCs w:val="20"/>
              </w:rPr>
              <w:t>Kandydat uzyskał osiągnięcia sportowe wskazane w regulaminie, w szczególności miejsce w zawodach wojewódzkich/ogólnopolskich, wyróżnienie międzynarodowe albo status reprezentanta kadry narodowej.</w:t>
            </w:r>
          </w:p>
        </w:tc>
        <w:tc>
          <w:tcPr>
            <w:tcW w:w="2948" w:type="dxa"/>
            <w:vAlign w:val="center"/>
          </w:tcPr>
          <w:p w14:paraId="6907E61E" w14:textId="77777777" w:rsidR="00C77A45" w:rsidRPr="00B05A62" w:rsidRDefault="003F7AEF">
            <w:pPr>
              <w:rPr>
                <w:sz w:val="20"/>
                <w:szCs w:val="20"/>
              </w:rPr>
            </w:pPr>
            <w:r w:rsidRPr="00B05A62">
              <w:rPr>
                <w:sz w:val="20"/>
                <w:szCs w:val="20"/>
              </w:rPr>
              <w:t>Numery dokumentów / opis: ..............................................................</w:t>
            </w:r>
            <w:r w:rsidRPr="00B05A62">
              <w:rPr>
                <w:sz w:val="20"/>
                <w:szCs w:val="20"/>
              </w:rPr>
              <w:br/>
              <w:t>Liczba potwierdzonych osiągnięć: ..........</w:t>
            </w:r>
          </w:p>
        </w:tc>
        <w:tc>
          <w:tcPr>
            <w:tcW w:w="1304" w:type="dxa"/>
            <w:vAlign w:val="center"/>
          </w:tcPr>
          <w:p w14:paraId="6F13EFBA" w14:textId="77777777" w:rsidR="00C77A45" w:rsidRPr="00B05A62" w:rsidRDefault="003F7AEF">
            <w:pPr>
              <w:jc w:val="center"/>
              <w:rPr>
                <w:sz w:val="20"/>
                <w:szCs w:val="20"/>
              </w:rPr>
            </w:pPr>
            <w:r w:rsidRPr="00B05A62">
              <w:rPr>
                <w:sz w:val="20"/>
                <w:szCs w:val="20"/>
              </w:rPr>
              <w:t>0 / 1 / 2 / 3</w:t>
            </w:r>
            <w:r w:rsidRPr="00B05A62">
              <w:rPr>
                <w:sz w:val="20"/>
                <w:szCs w:val="20"/>
              </w:rPr>
              <w:br/>
              <w:t>..........</w:t>
            </w:r>
          </w:p>
        </w:tc>
      </w:tr>
    </w:tbl>
    <w:p w14:paraId="46D2E34C" w14:textId="77777777" w:rsidR="00C77A45" w:rsidRPr="00B05A62" w:rsidRDefault="003F7AEF">
      <w:pPr>
        <w:pStyle w:val="Nagwek1"/>
        <w:rPr>
          <w:sz w:val="20"/>
          <w:szCs w:val="20"/>
        </w:rPr>
      </w:pPr>
      <w:r w:rsidRPr="00B05A62">
        <w:rPr>
          <w:sz w:val="20"/>
          <w:szCs w:val="20"/>
        </w:rPr>
        <w:lastRenderedPageBreak/>
        <w:t>CZĘŚĆ D. Zaangażowanie społeczne</w:t>
      </w:r>
    </w:p>
    <w:p w14:paraId="2366BD71" w14:textId="77777777" w:rsidR="00C77A45" w:rsidRPr="00B05A62" w:rsidRDefault="003F7AEF">
      <w:pPr>
        <w:rPr>
          <w:sz w:val="20"/>
          <w:szCs w:val="20"/>
        </w:rPr>
      </w:pPr>
      <w:r w:rsidRPr="00B05A62">
        <w:rPr>
          <w:sz w:val="20"/>
          <w:szCs w:val="20"/>
        </w:rPr>
        <w:t>Proszę wymienić zaangażowanie w działalność społeczną i/lub działalność na rzecz społeczności lokalnej w roku szkolnym 2025/2026. Do wniosku należy dołączyć dokumenty potwierdzające zaangażowanie.</w:t>
      </w:r>
    </w:p>
    <w:p w14:paraId="377E61EE" w14:textId="77777777" w:rsidR="00C77A45" w:rsidRPr="00B05A62" w:rsidRDefault="003F7AEF">
      <w:pPr>
        <w:rPr>
          <w:sz w:val="20"/>
          <w:szCs w:val="20"/>
        </w:rPr>
      </w:pPr>
      <w:r w:rsidRPr="00B05A62">
        <w:rPr>
          <w:sz w:val="20"/>
          <w:szCs w:val="20"/>
        </w:rPr>
        <w:t>1. ................................................................................................................................................................</w:t>
      </w:r>
    </w:p>
    <w:p w14:paraId="067FC50D" w14:textId="77777777" w:rsidR="00C77A45" w:rsidRPr="00B05A62" w:rsidRDefault="003F7AEF">
      <w:pPr>
        <w:rPr>
          <w:sz w:val="20"/>
          <w:szCs w:val="20"/>
        </w:rPr>
      </w:pPr>
      <w:r w:rsidRPr="00B05A62">
        <w:rPr>
          <w:sz w:val="20"/>
          <w:szCs w:val="20"/>
        </w:rPr>
        <w:t>2. ................................................................................................................................................................</w:t>
      </w:r>
    </w:p>
    <w:p w14:paraId="6EB7322D" w14:textId="77777777" w:rsidR="00C77A45" w:rsidRPr="00B05A62" w:rsidRDefault="003F7AEF">
      <w:pPr>
        <w:rPr>
          <w:sz w:val="20"/>
          <w:szCs w:val="20"/>
        </w:rPr>
      </w:pPr>
      <w:r w:rsidRPr="00B05A62">
        <w:rPr>
          <w:sz w:val="20"/>
          <w:szCs w:val="20"/>
        </w:rPr>
        <w:t>3. ................................................................................................................................................................</w:t>
      </w:r>
    </w:p>
    <w:p w14:paraId="050CD9DE" w14:textId="77777777" w:rsidR="00C77A45" w:rsidRPr="00B05A62" w:rsidRDefault="003F7AEF">
      <w:pPr>
        <w:rPr>
          <w:sz w:val="20"/>
          <w:szCs w:val="20"/>
        </w:rPr>
      </w:pPr>
      <w:r w:rsidRPr="00B05A62">
        <w:rPr>
          <w:sz w:val="20"/>
          <w:szCs w:val="20"/>
        </w:rPr>
        <w:t>4. ................................................................................................................................................................</w:t>
      </w:r>
    </w:p>
    <w:p w14:paraId="590ED451" w14:textId="77777777" w:rsidR="00C77A45" w:rsidRPr="00B05A62" w:rsidRDefault="003F7AEF">
      <w:pPr>
        <w:rPr>
          <w:sz w:val="20"/>
          <w:szCs w:val="20"/>
        </w:rPr>
      </w:pPr>
      <w:r w:rsidRPr="00B05A62">
        <w:rPr>
          <w:i/>
          <w:sz w:val="20"/>
          <w:szCs w:val="20"/>
        </w:rPr>
        <w:t>Punkty za działalność społeczną: 0 - nie spełnia warunku; 1 - spełnia warunek. Kryterium może mieć charakter rozstrzygający zgodnie z regulaminem.</w:t>
      </w:r>
    </w:p>
    <w:p w14:paraId="28F409E2" w14:textId="77777777" w:rsidR="00C77A45" w:rsidRPr="00B05A62" w:rsidRDefault="003F7AEF">
      <w:pPr>
        <w:pStyle w:val="Nagwek1"/>
        <w:rPr>
          <w:sz w:val="20"/>
          <w:szCs w:val="20"/>
        </w:rPr>
      </w:pPr>
      <w:r w:rsidRPr="00B05A62">
        <w:rPr>
          <w:sz w:val="20"/>
          <w:szCs w:val="20"/>
        </w:rPr>
        <w:t>CZĘŚĆ E. Wykaz załączników</w:t>
      </w:r>
    </w:p>
    <w:p w14:paraId="352BF081" w14:textId="77777777" w:rsidR="00C77A45" w:rsidRPr="00B05A62" w:rsidRDefault="003F7AEF">
      <w:pPr>
        <w:rPr>
          <w:sz w:val="20"/>
          <w:szCs w:val="20"/>
        </w:rPr>
      </w:pPr>
      <w:r w:rsidRPr="00B05A62">
        <w:rPr>
          <w:sz w:val="20"/>
          <w:szCs w:val="20"/>
        </w:rPr>
        <w:t>☐</w:t>
      </w:r>
      <w:r w:rsidRPr="00B05A62">
        <w:rPr>
          <w:sz w:val="20"/>
          <w:szCs w:val="20"/>
        </w:rPr>
        <w:t xml:space="preserve"> kopia ważnego orzeczenia o niepełnosprawności / stopniu niepełnosprawności / potrzebie kształcenia specjalnego</w:t>
      </w:r>
    </w:p>
    <w:p w14:paraId="71B650B0" w14:textId="77777777" w:rsidR="00C77A45" w:rsidRPr="00B05A62" w:rsidRDefault="003F7AEF">
      <w:pPr>
        <w:rPr>
          <w:sz w:val="20"/>
          <w:szCs w:val="20"/>
        </w:rPr>
      </w:pPr>
      <w:r w:rsidRPr="00B05A62">
        <w:rPr>
          <w:sz w:val="20"/>
          <w:szCs w:val="20"/>
        </w:rPr>
        <w:t>☐</w:t>
      </w:r>
      <w:r w:rsidRPr="00B05A62">
        <w:rPr>
          <w:sz w:val="20"/>
          <w:szCs w:val="20"/>
        </w:rPr>
        <w:t xml:space="preserve"> dokument potwierdzający zamieszkiwanie na terenie województwa kujawsko-pomorskiego</w:t>
      </w:r>
    </w:p>
    <w:p w14:paraId="7A42693E" w14:textId="77777777" w:rsidR="00C77A45" w:rsidRPr="00B05A62" w:rsidRDefault="003F7AEF">
      <w:pPr>
        <w:rPr>
          <w:sz w:val="20"/>
          <w:szCs w:val="20"/>
        </w:rPr>
      </w:pPr>
      <w:r w:rsidRPr="00B05A62">
        <w:rPr>
          <w:sz w:val="20"/>
          <w:szCs w:val="20"/>
        </w:rPr>
        <w:t>☐</w:t>
      </w:r>
      <w:r w:rsidRPr="00B05A62">
        <w:rPr>
          <w:sz w:val="20"/>
          <w:szCs w:val="20"/>
        </w:rPr>
        <w:t xml:space="preserve"> zaświadczenie ze szkoły o pobieraniu nauki</w:t>
      </w:r>
    </w:p>
    <w:p w14:paraId="60CC72B9" w14:textId="77777777" w:rsidR="00C77A45" w:rsidRPr="00B05A62" w:rsidRDefault="003F7AEF">
      <w:pPr>
        <w:rPr>
          <w:sz w:val="20"/>
          <w:szCs w:val="20"/>
        </w:rPr>
      </w:pPr>
      <w:r w:rsidRPr="00B05A62">
        <w:rPr>
          <w:sz w:val="20"/>
          <w:szCs w:val="20"/>
        </w:rPr>
        <w:t>☐</w:t>
      </w:r>
      <w:r w:rsidRPr="00B05A62">
        <w:rPr>
          <w:sz w:val="20"/>
          <w:szCs w:val="20"/>
        </w:rPr>
        <w:t xml:space="preserve"> kopia świadectwa szkolnego za rok szkolny 2025/2026</w:t>
      </w:r>
    </w:p>
    <w:p w14:paraId="1E59FF25" w14:textId="77777777" w:rsidR="00C77A45" w:rsidRPr="00B05A62" w:rsidRDefault="003F7AEF">
      <w:pPr>
        <w:rPr>
          <w:sz w:val="20"/>
          <w:szCs w:val="20"/>
        </w:rPr>
      </w:pPr>
      <w:r w:rsidRPr="00B05A62">
        <w:rPr>
          <w:sz w:val="20"/>
          <w:szCs w:val="20"/>
        </w:rPr>
        <w:t>☐</w:t>
      </w:r>
      <w:r w:rsidRPr="00B05A62">
        <w:rPr>
          <w:sz w:val="20"/>
          <w:szCs w:val="20"/>
        </w:rPr>
        <w:t xml:space="preserve"> dokumenty potwierdzające osiągnięcia naukowe - jeśli dotyczy</w:t>
      </w:r>
    </w:p>
    <w:p w14:paraId="7D9E0368" w14:textId="77777777" w:rsidR="00C77A45" w:rsidRPr="00B05A62" w:rsidRDefault="003F7AEF">
      <w:pPr>
        <w:rPr>
          <w:sz w:val="20"/>
          <w:szCs w:val="20"/>
        </w:rPr>
      </w:pPr>
      <w:r w:rsidRPr="00B05A62">
        <w:rPr>
          <w:sz w:val="20"/>
          <w:szCs w:val="20"/>
        </w:rPr>
        <w:t>☐</w:t>
      </w:r>
      <w:r w:rsidRPr="00B05A62">
        <w:rPr>
          <w:sz w:val="20"/>
          <w:szCs w:val="20"/>
        </w:rPr>
        <w:t xml:space="preserve"> dokumenty potwierdzające osiągnięcia artystyczne - jeśli dotyczy</w:t>
      </w:r>
    </w:p>
    <w:p w14:paraId="31F5AC3C" w14:textId="77777777" w:rsidR="00C77A45" w:rsidRPr="00B05A62" w:rsidRDefault="003F7AEF">
      <w:pPr>
        <w:rPr>
          <w:sz w:val="20"/>
          <w:szCs w:val="20"/>
        </w:rPr>
      </w:pPr>
      <w:r w:rsidRPr="00B05A62">
        <w:rPr>
          <w:sz w:val="20"/>
          <w:szCs w:val="20"/>
        </w:rPr>
        <w:t>☐</w:t>
      </w:r>
      <w:r w:rsidRPr="00B05A62">
        <w:rPr>
          <w:sz w:val="20"/>
          <w:szCs w:val="20"/>
        </w:rPr>
        <w:t xml:space="preserve"> dokumenty potwierdzające osiągnięcia sportowe - jeśli dotyczy</w:t>
      </w:r>
    </w:p>
    <w:p w14:paraId="38DD5296" w14:textId="77777777" w:rsidR="00C77A45" w:rsidRPr="00B05A62" w:rsidRDefault="003F7AEF">
      <w:pPr>
        <w:rPr>
          <w:sz w:val="20"/>
          <w:szCs w:val="20"/>
        </w:rPr>
      </w:pPr>
      <w:r w:rsidRPr="00B05A62">
        <w:rPr>
          <w:sz w:val="20"/>
          <w:szCs w:val="20"/>
        </w:rPr>
        <w:t>☐</w:t>
      </w:r>
      <w:r w:rsidRPr="00B05A62">
        <w:rPr>
          <w:sz w:val="20"/>
          <w:szCs w:val="20"/>
        </w:rPr>
        <w:t xml:space="preserve"> dokumenty potwierdzające działalność społeczną - jeśli dotyczy</w:t>
      </w:r>
    </w:p>
    <w:p w14:paraId="1DB627B3" w14:textId="77777777" w:rsidR="00C77A45" w:rsidRPr="00B05A62" w:rsidRDefault="003F7AEF">
      <w:pPr>
        <w:rPr>
          <w:sz w:val="20"/>
          <w:szCs w:val="20"/>
        </w:rPr>
      </w:pPr>
      <w:r w:rsidRPr="00B05A62">
        <w:rPr>
          <w:sz w:val="20"/>
          <w:szCs w:val="20"/>
        </w:rPr>
        <w:t>☐</w:t>
      </w:r>
      <w:r w:rsidRPr="00B05A62">
        <w:rPr>
          <w:sz w:val="20"/>
          <w:szCs w:val="20"/>
        </w:rPr>
        <w:t xml:space="preserve"> oświadczenie o zapoznaniu się z klauzulą informacyjną RODO</w:t>
      </w:r>
    </w:p>
    <w:p w14:paraId="701DC462" w14:textId="77777777" w:rsidR="00C77A45" w:rsidRPr="00B05A62" w:rsidRDefault="003F7AEF">
      <w:pPr>
        <w:rPr>
          <w:sz w:val="20"/>
          <w:szCs w:val="20"/>
        </w:rPr>
      </w:pPr>
      <w:r w:rsidRPr="00B05A62">
        <w:rPr>
          <w:sz w:val="20"/>
          <w:szCs w:val="20"/>
        </w:rPr>
        <w:t>☐</w:t>
      </w:r>
      <w:r w:rsidRPr="00B05A62">
        <w:rPr>
          <w:sz w:val="20"/>
          <w:szCs w:val="20"/>
        </w:rPr>
        <w:t xml:space="preserve"> zgoda na przetwarzanie danych szczególnej kategorii, w tym danych dotyczących niepełnosprawności</w:t>
      </w:r>
    </w:p>
    <w:p w14:paraId="4103D2F2" w14:textId="77777777" w:rsidR="00C77A45" w:rsidRPr="00B05A62" w:rsidRDefault="003F7AEF">
      <w:pPr>
        <w:pStyle w:val="Nagwek1"/>
        <w:rPr>
          <w:sz w:val="20"/>
          <w:szCs w:val="20"/>
        </w:rPr>
      </w:pPr>
      <w:r w:rsidRPr="00B05A62">
        <w:rPr>
          <w:sz w:val="20"/>
          <w:szCs w:val="20"/>
        </w:rPr>
        <w:t>CZĘŚĆ F. Oświadczenia wnioskodawcy / kandydata</w:t>
      </w:r>
    </w:p>
    <w:p w14:paraId="4AC064C1" w14:textId="77777777" w:rsidR="00C77A45" w:rsidRPr="00B05A62" w:rsidRDefault="003F7AEF">
      <w:pPr>
        <w:rPr>
          <w:sz w:val="20"/>
          <w:szCs w:val="20"/>
        </w:rPr>
      </w:pPr>
      <w:r w:rsidRPr="00B05A62">
        <w:rPr>
          <w:sz w:val="20"/>
          <w:szCs w:val="20"/>
        </w:rPr>
        <w:t>☐</w:t>
      </w:r>
      <w:r w:rsidRPr="00B05A62">
        <w:rPr>
          <w:sz w:val="20"/>
          <w:szCs w:val="20"/>
        </w:rPr>
        <w:t xml:space="preserve"> Oświadczam, że wszystkie dane i informacje podane we wniosku są zgodne ze stanem faktycznym.</w:t>
      </w:r>
    </w:p>
    <w:p w14:paraId="51E62DF5" w14:textId="77777777" w:rsidR="00C77A45" w:rsidRPr="00B05A62" w:rsidRDefault="003F7AEF">
      <w:pPr>
        <w:rPr>
          <w:sz w:val="20"/>
          <w:szCs w:val="20"/>
        </w:rPr>
      </w:pPr>
      <w:r w:rsidRPr="00B05A62">
        <w:rPr>
          <w:sz w:val="20"/>
          <w:szCs w:val="20"/>
        </w:rPr>
        <w:t>☐</w:t>
      </w:r>
      <w:r w:rsidRPr="00B05A62">
        <w:rPr>
          <w:sz w:val="20"/>
          <w:szCs w:val="20"/>
        </w:rPr>
        <w:t xml:space="preserve"> Zobowiązuję się do przedłożenia do wglądu oryginałów dokumentów na wezwanie Stowarzyszenia im. Sue Ryder.</w:t>
      </w:r>
    </w:p>
    <w:p w14:paraId="067DF4C9" w14:textId="77777777" w:rsidR="00C77A45" w:rsidRPr="00B05A62" w:rsidRDefault="003F7AEF">
      <w:pPr>
        <w:rPr>
          <w:sz w:val="20"/>
          <w:szCs w:val="20"/>
        </w:rPr>
      </w:pPr>
      <w:r w:rsidRPr="00B05A62">
        <w:rPr>
          <w:sz w:val="20"/>
          <w:szCs w:val="20"/>
        </w:rPr>
        <w:t>☐</w:t>
      </w:r>
      <w:r w:rsidRPr="00B05A62">
        <w:rPr>
          <w:sz w:val="20"/>
          <w:szCs w:val="20"/>
        </w:rPr>
        <w:t xml:space="preserve"> Oświadczam, że zapoznałem/am się z regulaminem przyznawania stypendiów Stowarzyszenia im. Sue Ryder dla uczniów z niepełnosprawnościami w ramach Funduszu Stypendialnego im. Sue Ryder - edycja 2026.</w:t>
      </w:r>
    </w:p>
    <w:p w14:paraId="29248243" w14:textId="77777777" w:rsidR="00C77A45" w:rsidRPr="00B05A62" w:rsidRDefault="003F7AEF">
      <w:pPr>
        <w:rPr>
          <w:sz w:val="20"/>
          <w:szCs w:val="20"/>
        </w:rPr>
      </w:pPr>
      <w:r w:rsidRPr="00B05A62">
        <w:rPr>
          <w:sz w:val="20"/>
          <w:szCs w:val="20"/>
        </w:rPr>
        <w:t>☐</w:t>
      </w:r>
      <w:r w:rsidRPr="00B05A62">
        <w:rPr>
          <w:sz w:val="20"/>
          <w:szCs w:val="20"/>
        </w:rPr>
        <w:t xml:space="preserve"> Przyjmuję do wiadomości, że numer rachunku bankowego do wypłaty stypendium będzie wymagany dopiero w przypadku zakwalifikowania kandydata do przyznania stypendium i zawarcia umowy stypendialnej.</w:t>
      </w:r>
    </w:p>
    <w:tbl>
      <w:tblPr>
        <w:tblW w:w="0" w:type="auto"/>
        <w:jc w:val="center"/>
        <w:tblCellMar>
          <w:top w:w="80" w:type="dxa"/>
          <w:left w:w="80" w:type="dxa"/>
          <w:bottom w:w="80" w:type="dxa"/>
          <w:right w:w="80" w:type="dxa"/>
        </w:tblCellMar>
        <w:tblLook w:val="04A0" w:firstRow="1" w:lastRow="0" w:firstColumn="1" w:lastColumn="0" w:noHBand="0" w:noVBand="1"/>
      </w:tblPr>
      <w:tblGrid>
        <w:gridCol w:w="4252"/>
        <w:gridCol w:w="4819"/>
      </w:tblGrid>
      <w:tr w:rsidR="00C77A45" w:rsidRPr="00B05A62" w14:paraId="44F0F411" w14:textId="77777777">
        <w:trPr>
          <w:jc w:val="center"/>
        </w:trPr>
        <w:tc>
          <w:tcPr>
            <w:tcW w:w="4252" w:type="dxa"/>
            <w:tcBorders>
              <w:top w:val="nil"/>
              <w:left w:val="nil"/>
              <w:bottom w:val="nil"/>
              <w:right w:val="nil"/>
            </w:tcBorders>
            <w:vAlign w:val="center"/>
          </w:tcPr>
          <w:p w14:paraId="78A60380" w14:textId="77777777" w:rsidR="00C77A45" w:rsidRPr="00B05A62" w:rsidRDefault="003F7AEF">
            <w:pPr>
              <w:spacing w:after="0"/>
              <w:jc w:val="center"/>
              <w:rPr>
                <w:sz w:val="20"/>
                <w:szCs w:val="20"/>
              </w:rPr>
            </w:pPr>
            <w:r w:rsidRPr="00B05A62">
              <w:rPr>
                <w:sz w:val="20"/>
                <w:szCs w:val="20"/>
              </w:rPr>
              <w:t>................................................</w:t>
            </w:r>
          </w:p>
        </w:tc>
        <w:tc>
          <w:tcPr>
            <w:tcW w:w="4819" w:type="dxa"/>
            <w:tcBorders>
              <w:top w:val="nil"/>
              <w:left w:val="nil"/>
              <w:bottom w:val="nil"/>
              <w:right w:val="nil"/>
            </w:tcBorders>
            <w:vAlign w:val="center"/>
          </w:tcPr>
          <w:p w14:paraId="13E14A6D" w14:textId="77777777" w:rsidR="00C77A45" w:rsidRPr="00B05A62" w:rsidRDefault="003F7AEF">
            <w:pPr>
              <w:spacing w:after="0"/>
              <w:jc w:val="center"/>
              <w:rPr>
                <w:sz w:val="20"/>
                <w:szCs w:val="20"/>
              </w:rPr>
            </w:pPr>
            <w:r w:rsidRPr="00B05A62">
              <w:rPr>
                <w:sz w:val="20"/>
                <w:szCs w:val="20"/>
              </w:rPr>
              <w:t>................................................</w:t>
            </w:r>
          </w:p>
        </w:tc>
      </w:tr>
      <w:tr w:rsidR="00C77A45" w:rsidRPr="00B05A62" w14:paraId="16F74362" w14:textId="77777777">
        <w:trPr>
          <w:jc w:val="center"/>
        </w:trPr>
        <w:tc>
          <w:tcPr>
            <w:tcW w:w="4252" w:type="dxa"/>
            <w:tcBorders>
              <w:top w:val="nil"/>
              <w:left w:val="nil"/>
              <w:bottom w:val="nil"/>
              <w:right w:val="nil"/>
            </w:tcBorders>
            <w:vAlign w:val="center"/>
          </w:tcPr>
          <w:p w14:paraId="6ACFFA0E" w14:textId="77777777" w:rsidR="00C77A45" w:rsidRPr="00B05A62" w:rsidRDefault="003F7AEF">
            <w:pPr>
              <w:spacing w:after="0"/>
              <w:jc w:val="center"/>
              <w:rPr>
                <w:sz w:val="20"/>
                <w:szCs w:val="20"/>
              </w:rPr>
            </w:pPr>
            <w:r w:rsidRPr="00B05A62">
              <w:rPr>
                <w:sz w:val="20"/>
                <w:szCs w:val="20"/>
              </w:rPr>
              <w:lastRenderedPageBreak/>
              <w:t>(Miejscowość, data)</w:t>
            </w:r>
          </w:p>
        </w:tc>
        <w:tc>
          <w:tcPr>
            <w:tcW w:w="4819" w:type="dxa"/>
            <w:tcBorders>
              <w:top w:val="nil"/>
              <w:left w:val="nil"/>
              <w:bottom w:val="nil"/>
              <w:right w:val="nil"/>
            </w:tcBorders>
            <w:vAlign w:val="center"/>
          </w:tcPr>
          <w:p w14:paraId="47B8C8AC" w14:textId="77777777" w:rsidR="00C77A45" w:rsidRPr="00B05A62" w:rsidRDefault="003F7AEF">
            <w:pPr>
              <w:spacing w:after="0"/>
              <w:jc w:val="center"/>
              <w:rPr>
                <w:sz w:val="20"/>
                <w:szCs w:val="20"/>
              </w:rPr>
            </w:pPr>
            <w:r w:rsidRPr="00B05A62">
              <w:rPr>
                <w:sz w:val="20"/>
                <w:szCs w:val="20"/>
              </w:rPr>
              <w:t>(Podpis wnioskodawcy / rodzica / opiekuna prawnego / pełnoletniego kandydata)</w:t>
            </w:r>
          </w:p>
        </w:tc>
      </w:tr>
    </w:tbl>
    <w:p w14:paraId="26E0B25D" w14:textId="77777777" w:rsidR="00C77A45" w:rsidRPr="00B05A62" w:rsidRDefault="003F7AEF">
      <w:pPr>
        <w:pStyle w:val="Nagwek1"/>
        <w:rPr>
          <w:sz w:val="20"/>
          <w:szCs w:val="20"/>
        </w:rPr>
      </w:pPr>
      <w:r w:rsidRPr="00B05A62">
        <w:rPr>
          <w:sz w:val="20"/>
          <w:szCs w:val="20"/>
        </w:rPr>
        <w:t>CZĘŚĆ G. Klauzula informacyjna dotycząca przetwarzania danych osobowych</w:t>
      </w:r>
    </w:p>
    <w:p w14:paraId="15275043" w14:textId="77777777" w:rsidR="00C77A45" w:rsidRPr="00B05A62" w:rsidRDefault="003F7AEF">
      <w:pPr>
        <w:spacing w:after="60"/>
        <w:rPr>
          <w:sz w:val="20"/>
          <w:szCs w:val="20"/>
        </w:rPr>
      </w:pPr>
      <w:r w:rsidRPr="00B05A62">
        <w:rPr>
          <w:sz w:val="20"/>
          <w:szCs w:val="20"/>
        </w:rPr>
        <w:t>Zgodnie z art. 13 Rozporządzenia Parlamentu Europejskiego i Rady UE 2016/679 z dnia 27 kwietnia 2016 r., dalej „RODO”, informujemy, że administratorem danych osobowych jest Stowarzyszenie im. Sue Ryder z siedzibą przy ul. Powstańców 6, 86-050 Solec Kujawski, KRS 0000065481, NIP 967-10-51-101, REGON 092292057, e-mail: sekretariat@sueryder.org.pl.</w:t>
      </w:r>
    </w:p>
    <w:p w14:paraId="203ECFD7" w14:textId="77777777" w:rsidR="00C77A45" w:rsidRPr="00B05A62" w:rsidRDefault="003F7AEF">
      <w:pPr>
        <w:spacing w:after="60"/>
        <w:rPr>
          <w:sz w:val="20"/>
          <w:szCs w:val="20"/>
        </w:rPr>
      </w:pPr>
      <w:r w:rsidRPr="00B05A62">
        <w:rPr>
          <w:sz w:val="20"/>
          <w:szCs w:val="20"/>
        </w:rPr>
        <w:t>W sprawach dotyczących ochrony danych osobowych można kontaktować się ze Stowarzyszeniem pisemnie, telefonicznie albo mailowo na adres: sekretariat@sueryder.org.pl. Jeżeli Stowarzyszenie wyznaczyło Inspektora Ochrony Danych, kontakt do IOD należy wskazać w dokumentacji organizacji.</w:t>
      </w:r>
    </w:p>
    <w:p w14:paraId="24B8391C" w14:textId="77777777" w:rsidR="00C77A45" w:rsidRPr="00B05A62" w:rsidRDefault="003F7AEF">
      <w:pPr>
        <w:spacing w:after="60"/>
        <w:rPr>
          <w:sz w:val="20"/>
          <w:szCs w:val="20"/>
        </w:rPr>
      </w:pPr>
      <w:r w:rsidRPr="00B05A62">
        <w:rPr>
          <w:sz w:val="20"/>
          <w:szCs w:val="20"/>
        </w:rPr>
        <w:t>Dane osobowe będą przetwarzane w celu przeprowadzenia naboru wniosków, oceny formalnej i merytorycznej, ustalenia listy kandydatów rekomendowanych do przyznania stypendium, kontaktu z kandydatem lub osobą reprezentującą kandydata, zawarcia i wykonania umowy stypendialnej, wypłaty i rozliczenia stypendium, archiwizacji dokumentacji oraz ustalenia, dochodzenia lub obrony ewentualnych roszczeń.</w:t>
      </w:r>
    </w:p>
    <w:p w14:paraId="4A739E05" w14:textId="77777777" w:rsidR="00C77A45" w:rsidRPr="00B05A62" w:rsidRDefault="003F7AEF">
      <w:pPr>
        <w:spacing w:after="60"/>
        <w:rPr>
          <w:sz w:val="20"/>
          <w:szCs w:val="20"/>
        </w:rPr>
      </w:pPr>
      <w:r w:rsidRPr="00B05A62">
        <w:rPr>
          <w:sz w:val="20"/>
          <w:szCs w:val="20"/>
        </w:rPr>
        <w:t>Podstawami przetwarzania danych są: art. 6 ust. 1 lit. b RODO - działania przed zawarciem umowy i wykonanie umowy stypendialnej; art. 6 ust. 1 lit. c RODO - wykonanie obowiązków prawnych, w szczególności rachunkowych, podatkowych i archiwizacyjnych; art. 6 ust. 1 lit. f RODO - prawnie uzasadniony interes administratora, w szczególności dokumentowanie przebiegu naboru, kontakt i ochrona przed roszczeniami; art. 6 ust. 1 lit. a RODO - w zakresie danych przetwarzanych na podstawie zgody; art. 9 ust. 2 lit. a R</w:t>
      </w:r>
      <w:r w:rsidRPr="00B05A62">
        <w:rPr>
          <w:sz w:val="20"/>
          <w:szCs w:val="20"/>
        </w:rPr>
        <w:t>ODO - w zakresie danych szczególnej kategorii, w szczególności danych dotyczących niepełnosprawności, przetwarzanych na podstawie wyraźnej zgody.</w:t>
      </w:r>
    </w:p>
    <w:p w14:paraId="5081FE28" w14:textId="77777777" w:rsidR="00C77A45" w:rsidRPr="00B05A62" w:rsidRDefault="003F7AEF">
      <w:pPr>
        <w:spacing w:after="60"/>
        <w:rPr>
          <w:sz w:val="20"/>
          <w:szCs w:val="20"/>
        </w:rPr>
      </w:pPr>
      <w:r w:rsidRPr="00B05A62">
        <w:rPr>
          <w:sz w:val="20"/>
          <w:szCs w:val="20"/>
        </w:rPr>
        <w:t>Podanie danych wymaganych we wniosku jest dobrowolne, ale niezbędne do udziału w naborze, oceny wniosku, zawarcia umowy stypendialnej, wypłaty i rozliczenia stypendium. Brak danych wymaganych lub brak zgody na przetwarzanie danych dotyczących niepełnosprawności uniemożliwia rozpatrzenie wniosku.</w:t>
      </w:r>
    </w:p>
    <w:p w14:paraId="2600244B" w14:textId="77777777" w:rsidR="00C77A45" w:rsidRPr="00B05A62" w:rsidRDefault="003F7AEF">
      <w:pPr>
        <w:spacing w:after="60"/>
        <w:rPr>
          <w:sz w:val="20"/>
          <w:szCs w:val="20"/>
        </w:rPr>
      </w:pPr>
      <w:r w:rsidRPr="00B05A62">
        <w:rPr>
          <w:sz w:val="20"/>
          <w:szCs w:val="20"/>
        </w:rPr>
        <w:t>Dane osobowe mogą być udostępniane osobom upoważnionym przez Stowarzyszenie, członkom komisji oceniającej wnioski, podmiotom świadczącym usługi księgowe, prawne, informatyczne, pocztowe, bankowe lub archiwizacyjne, a także organom publicznym i innym podmiotom uprawnionym na podstawie przepisów prawa.</w:t>
      </w:r>
    </w:p>
    <w:p w14:paraId="6E7D09F7" w14:textId="77777777" w:rsidR="00C77A45" w:rsidRPr="00B05A62" w:rsidRDefault="003F7AEF">
      <w:pPr>
        <w:spacing w:after="60"/>
        <w:rPr>
          <w:sz w:val="20"/>
          <w:szCs w:val="20"/>
        </w:rPr>
      </w:pPr>
      <w:r w:rsidRPr="00B05A62">
        <w:rPr>
          <w:sz w:val="20"/>
          <w:szCs w:val="20"/>
        </w:rPr>
        <w:t>Dane kandydatów, którym nie przyznano stypendium, będą przechowywane przez okres 12 miesięcy od zakończenia naboru, chyba że dłuższe przechowywanie będzie wymagane przepisami prawa lub uzasadnione ochroną przed roszczeniami. Dane stypendystów będą przechowywane przez okres 5 lat, licząc od końca roku kalendarzowego, w którym zakończono realizację i rozliczenie stypendium, chyba że przepisy prawa wymagają dłuższego okresu przechowywania.</w:t>
      </w:r>
    </w:p>
    <w:p w14:paraId="4DF435D3" w14:textId="77777777" w:rsidR="00C77A45" w:rsidRPr="00B05A62" w:rsidRDefault="003F7AEF">
      <w:pPr>
        <w:spacing w:after="60"/>
        <w:rPr>
          <w:sz w:val="20"/>
          <w:szCs w:val="20"/>
        </w:rPr>
      </w:pPr>
      <w:r w:rsidRPr="00B05A62">
        <w:rPr>
          <w:sz w:val="20"/>
          <w:szCs w:val="20"/>
        </w:rPr>
        <w:t>Osobie, której dane dotyczą, przysługuje prawo dostępu do danych, sprostowania danych, usunięcia danych, ograniczenia przetwarzania, wniesienia sprzeciwu wobec przetwarzania, przenoszenia danych - w przypadkach określonych w RODO - oraz cofnięcia zgody w dowolnym momencie, jeżeli przetwarzanie odbywa się na podstawie zgody. Cofnięcie zgody nie wpływa na zgodność z prawem przetwarzania dokonanego przed jej cofnięciem.</w:t>
      </w:r>
    </w:p>
    <w:p w14:paraId="2CC1CB7A" w14:textId="77777777" w:rsidR="00C77A45" w:rsidRPr="00B05A62" w:rsidRDefault="003F7AEF">
      <w:pPr>
        <w:spacing w:after="60"/>
        <w:rPr>
          <w:sz w:val="20"/>
          <w:szCs w:val="20"/>
        </w:rPr>
      </w:pPr>
      <w:r w:rsidRPr="00B05A62">
        <w:rPr>
          <w:sz w:val="20"/>
          <w:szCs w:val="20"/>
        </w:rPr>
        <w:t>Osobie, której dane dotyczą, przysługuje prawo wniesienia skargi do Prezesa Urzędu Ochrony Danych Osobowych. Dane nie będą wykorzystywane do zautomatyzowanego podejmowania decyzji, w tym profilowania. Stowarzyszenie co do zasady nie planuje przekazywania danych do państw trzecich ani organizacji międzynarodowych.</w:t>
      </w:r>
    </w:p>
    <w:p w14:paraId="21A7C969" w14:textId="77777777" w:rsidR="00C77A45" w:rsidRPr="00B05A62" w:rsidRDefault="003F7AEF">
      <w:pPr>
        <w:pStyle w:val="Nagwek1"/>
        <w:rPr>
          <w:sz w:val="20"/>
          <w:szCs w:val="20"/>
        </w:rPr>
      </w:pPr>
      <w:r w:rsidRPr="00B05A62">
        <w:rPr>
          <w:sz w:val="20"/>
          <w:szCs w:val="20"/>
        </w:rPr>
        <w:t>CZĘŚĆ H. Zgoda na przetwarzanie danych szczególnej kategorii</w:t>
      </w:r>
    </w:p>
    <w:p w14:paraId="3CE67C90" w14:textId="77777777" w:rsidR="00C77A45" w:rsidRPr="00B05A62" w:rsidRDefault="003F7AEF">
      <w:pPr>
        <w:rPr>
          <w:sz w:val="20"/>
          <w:szCs w:val="20"/>
        </w:rPr>
      </w:pPr>
      <w:r w:rsidRPr="00B05A62">
        <w:rPr>
          <w:sz w:val="20"/>
          <w:szCs w:val="20"/>
        </w:rPr>
        <w:t>Wyrażam wyraźną zgodę na przetwarzanie przez Stowarzyszenie im. Sue Ryder danych osobowych szczególnej kategorii, w szczególności danych dotyczących niepełnosprawności lub danych wynikających z orzeczenia o niepełnosprawności, orzeczenia o stopniu niepełnosprawności albo orzeczenia o potrzebie kształcenia specjalnego, w celu przeprowadzenia naboru, oceny wniosku, przyznania, wypłaty i rozliczenia stypendium w ramach Funduszu Stypendialnego im. Sue Ryder - edycja 2026.</w:t>
      </w:r>
    </w:p>
    <w:p w14:paraId="71457BB9" w14:textId="77777777" w:rsidR="00C77A45" w:rsidRPr="00B05A62" w:rsidRDefault="003F7AEF">
      <w:pPr>
        <w:rPr>
          <w:sz w:val="20"/>
          <w:szCs w:val="20"/>
        </w:rPr>
      </w:pPr>
      <w:r w:rsidRPr="00B05A62">
        <w:rPr>
          <w:sz w:val="20"/>
          <w:szCs w:val="20"/>
        </w:rPr>
        <w:lastRenderedPageBreak/>
        <w:t>☐</w:t>
      </w:r>
      <w:r w:rsidRPr="00B05A62">
        <w:rPr>
          <w:sz w:val="20"/>
          <w:szCs w:val="20"/>
        </w:rPr>
        <w:t xml:space="preserve"> Wyrażam zgodę</w:t>
      </w:r>
    </w:p>
    <w:p w14:paraId="11A85921" w14:textId="77777777" w:rsidR="00C77A45" w:rsidRPr="00B05A62" w:rsidRDefault="003F7AEF">
      <w:pPr>
        <w:rPr>
          <w:sz w:val="20"/>
          <w:szCs w:val="20"/>
        </w:rPr>
      </w:pPr>
      <w:r w:rsidRPr="00B05A62">
        <w:rPr>
          <w:i/>
          <w:sz w:val="20"/>
          <w:szCs w:val="20"/>
        </w:rPr>
        <w:t>Przyjmuję do wiadomości, że brak zgody uniemożliwia rozpatrzenie wniosku, ponieważ dane dotyczące niepełnosprawności są niezbędne do oceny spełnienia kryteriów udziału w Funduszu.</w:t>
      </w:r>
    </w:p>
    <w:tbl>
      <w:tblPr>
        <w:tblW w:w="0" w:type="auto"/>
        <w:jc w:val="center"/>
        <w:tblCellMar>
          <w:top w:w="80" w:type="dxa"/>
          <w:left w:w="80" w:type="dxa"/>
          <w:bottom w:w="80" w:type="dxa"/>
          <w:right w:w="80" w:type="dxa"/>
        </w:tblCellMar>
        <w:tblLook w:val="04A0" w:firstRow="1" w:lastRow="0" w:firstColumn="1" w:lastColumn="0" w:noHBand="0" w:noVBand="1"/>
      </w:tblPr>
      <w:tblGrid>
        <w:gridCol w:w="4252"/>
        <w:gridCol w:w="4819"/>
      </w:tblGrid>
      <w:tr w:rsidR="00C77A45" w:rsidRPr="00B05A62" w14:paraId="080ACE2F" w14:textId="77777777">
        <w:trPr>
          <w:jc w:val="center"/>
        </w:trPr>
        <w:tc>
          <w:tcPr>
            <w:tcW w:w="4252" w:type="dxa"/>
            <w:tcBorders>
              <w:top w:val="nil"/>
              <w:left w:val="nil"/>
              <w:bottom w:val="nil"/>
              <w:right w:val="nil"/>
            </w:tcBorders>
            <w:vAlign w:val="center"/>
          </w:tcPr>
          <w:p w14:paraId="026FF047" w14:textId="77777777" w:rsidR="00C77A45" w:rsidRPr="00B05A62" w:rsidRDefault="003F7AEF">
            <w:pPr>
              <w:spacing w:after="0"/>
              <w:jc w:val="center"/>
              <w:rPr>
                <w:sz w:val="20"/>
                <w:szCs w:val="20"/>
              </w:rPr>
            </w:pPr>
            <w:r w:rsidRPr="00B05A62">
              <w:rPr>
                <w:sz w:val="20"/>
                <w:szCs w:val="20"/>
              </w:rPr>
              <w:t>................................................</w:t>
            </w:r>
          </w:p>
        </w:tc>
        <w:tc>
          <w:tcPr>
            <w:tcW w:w="4819" w:type="dxa"/>
            <w:tcBorders>
              <w:top w:val="nil"/>
              <w:left w:val="nil"/>
              <w:bottom w:val="nil"/>
              <w:right w:val="nil"/>
            </w:tcBorders>
            <w:vAlign w:val="center"/>
          </w:tcPr>
          <w:p w14:paraId="1B618A7E" w14:textId="77777777" w:rsidR="00C77A45" w:rsidRPr="00B05A62" w:rsidRDefault="003F7AEF">
            <w:pPr>
              <w:spacing w:after="0"/>
              <w:jc w:val="center"/>
              <w:rPr>
                <w:sz w:val="20"/>
                <w:szCs w:val="20"/>
              </w:rPr>
            </w:pPr>
            <w:r w:rsidRPr="00B05A62">
              <w:rPr>
                <w:sz w:val="20"/>
                <w:szCs w:val="20"/>
              </w:rPr>
              <w:t>................................................</w:t>
            </w:r>
          </w:p>
        </w:tc>
      </w:tr>
      <w:tr w:rsidR="00C77A45" w:rsidRPr="00B05A62" w14:paraId="16F5AA55" w14:textId="77777777">
        <w:trPr>
          <w:jc w:val="center"/>
        </w:trPr>
        <w:tc>
          <w:tcPr>
            <w:tcW w:w="4252" w:type="dxa"/>
            <w:tcBorders>
              <w:top w:val="nil"/>
              <w:left w:val="nil"/>
              <w:bottom w:val="nil"/>
              <w:right w:val="nil"/>
            </w:tcBorders>
            <w:vAlign w:val="center"/>
          </w:tcPr>
          <w:p w14:paraId="2194935A" w14:textId="77777777" w:rsidR="00C77A45" w:rsidRPr="00B05A62" w:rsidRDefault="003F7AEF">
            <w:pPr>
              <w:spacing w:after="0"/>
              <w:jc w:val="center"/>
              <w:rPr>
                <w:sz w:val="20"/>
                <w:szCs w:val="20"/>
              </w:rPr>
            </w:pPr>
            <w:r w:rsidRPr="00B05A62">
              <w:rPr>
                <w:sz w:val="20"/>
                <w:szCs w:val="20"/>
              </w:rPr>
              <w:t>(Miejscowość, data)</w:t>
            </w:r>
          </w:p>
        </w:tc>
        <w:tc>
          <w:tcPr>
            <w:tcW w:w="4819" w:type="dxa"/>
            <w:tcBorders>
              <w:top w:val="nil"/>
              <w:left w:val="nil"/>
              <w:bottom w:val="nil"/>
              <w:right w:val="nil"/>
            </w:tcBorders>
            <w:vAlign w:val="center"/>
          </w:tcPr>
          <w:p w14:paraId="5BE5B8F6" w14:textId="77777777" w:rsidR="00C77A45" w:rsidRPr="00B05A62" w:rsidRDefault="003F7AEF">
            <w:pPr>
              <w:spacing w:after="0"/>
              <w:jc w:val="center"/>
              <w:rPr>
                <w:sz w:val="20"/>
                <w:szCs w:val="20"/>
              </w:rPr>
            </w:pPr>
            <w:r w:rsidRPr="00B05A62">
              <w:rPr>
                <w:sz w:val="20"/>
                <w:szCs w:val="20"/>
              </w:rPr>
              <w:t>(Podpis wnioskodawcy / rodzica / opiekuna prawnego / pełnoletniego kandydata)</w:t>
            </w:r>
          </w:p>
        </w:tc>
      </w:tr>
    </w:tbl>
    <w:p w14:paraId="6994471C" w14:textId="77777777" w:rsidR="00C77A45" w:rsidRPr="00B05A62" w:rsidRDefault="003F7AEF">
      <w:pPr>
        <w:pStyle w:val="Nagwek1"/>
        <w:rPr>
          <w:sz w:val="20"/>
          <w:szCs w:val="20"/>
        </w:rPr>
      </w:pPr>
      <w:r w:rsidRPr="00B05A62">
        <w:rPr>
          <w:sz w:val="20"/>
          <w:szCs w:val="20"/>
        </w:rPr>
        <w:t>CZĘŚĆ I. Zgoda na wykorzystanie wizerunku</w:t>
      </w:r>
    </w:p>
    <w:p w14:paraId="7878DAE7" w14:textId="77777777" w:rsidR="00C77A45" w:rsidRPr="00B05A62" w:rsidRDefault="003F7AEF">
      <w:pPr>
        <w:rPr>
          <w:sz w:val="20"/>
          <w:szCs w:val="20"/>
        </w:rPr>
      </w:pPr>
      <w:r w:rsidRPr="00B05A62">
        <w:rPr>
          <w:sz w:val="20"/>
          <w:szCs w:val="20"/>
        </w:rPr>
        <w:t>Wyrażam zgodę / nie wyrażam zgody na nieodpłatne utrwalanie, wykorzystywanie i rozpowszechnianie mojego wizerunku / wizerunku mojego dziecka przez Stowarzyszenie im. Sue Ryder w celu informowania o działaniach prowadzonych w ramach Funduszu Stypendialnego im. Sue Ryder - edycja 2026, w szczególności na stronie internetowej Stowarzyszenia, w mediach społecznościowych, materiałach drukowanych, prezentacjach i materiałach promocyjnych Stowarzyszenia.</w:t>
      </w:r>
    </w:p>
    <w:p w14:paraId="4F72D909" w14:textId="77777777" w:rsidR="00C77A45" w:rsidRPr="00B05A62" w:rsidRDefault="003F7AEF">
      <w:pPr>
        <w:rPr>
          <w:sz w:val="20"/>
          <w:szCs w:val="20"/>
        </w:rPr>
      </w:pPr>
      <w:r w:rsidRPr="00B05A62">
        <w:rPr>
          <w:sz w:val="20"/>
          <w:szCs w:val="20"/>
        </w:rPr>
        <w:t>☐</w:t>
      </w:r>
      <w:r w:rsidRPr="00B05A62">
        <w:rPr>
          <w:sz w:val="20"/>
          <w:szCs w:val="20"/>
        </w:rPr>
        <w:t xml:space="preserve"> Wyrażam zgodę</w:t>
      </w:r>
    </w:p>
    <w:p w14:paraId="03FD17B3" w14:textId="77777777" w:rsidR="00C77A45" w:rsidRPr="00B05A62" w:rsidRDefault="003F7AEF">
      <w:pPr>
        <w:rPr>
          <w:sz w:val="20"/>
          <w:szCs w:val="20"/>
        </w:rPr>
      </w:pPr>
      <w:r w:rsidRPr="00B05A62">
        <w:rPr>
          <w:sz w:val="20"/>
          <w:szCs w:val="20"/>
        </w:rPr>
        <w:t>☐</w:t>
      </w:r>
      <w:r w:rsidRPr="00B05A62">
        <w:rPr>
          <w:sz w:val="20"/>
          <w:szCs w:val="20"/>
        </w:rPr>
        <w:t xml:space="preserve"> Nie wyrażam zgody</w:t>
      </w:r>
    </w:p>
    <w:p w14:paraId="1F82D0F2" w14:textId="77777777" w:rsidR="00C77A45" w:rsidRPr="00B05A62" w:rsidRDefault="003F7AEF">
      <w:pPr>
        <w:rPr>
          <w:sz w:val="20"/>
          <w:szCs w:val="20"/>
        </w:rPr>
      </w:pPr>
      <w:r w:rsidRPr="00B05A62">
        <w:rPr>
          <w:i/>
          <w:sz w:val="20"/>
          <w:szCs w:val="20"/>
        </w:rPr>
        <w:t>Brak zgody na wykorzystanie wizerunku nie ma wpływu na ocenę wniosku ani możliwość otrzymania stypendium. Zgodę można cofnąć w dowolnym momencie, bez wpływu na zgodność z prawem wykorzystania wizerunku przed cofnięciem zgody.</w:t>
      </w:r>
    </w:p>
    <w:tbl>
      <w:tblPr>
        <w:tblW w:w="0" w:type="auto"/>
        <w:jc w:val="center"/>
        <w:tblCellMar>
          <w:top w:w="80" w:type="dxa"/>
          <w:left w:w="80" w:type="dxa"/>
          <w:bottom w:w="80" w:type="dxa"/>
          <w:right w:w="80" w:type="dxa"/>
        </w:tblCellMar>
        <w:tblLook w:val="04A0" w:firstRow="1" w:lastRow="0" w:firstColumn="1" w:lastColumn="0" w:noHBand="0" w:noVBand="1"/>
      </w:tblPr>
      <w:tblGrid>
        <w:gridCol w:w="4252"/>
        <w:gridCol w:w="4819"/>
      </w:tblGrid>
      <w:tr w:rsidR="00C77A45" w:rsidRPr="00B05A62" w14:paraId="445A2E4F" w14:textId="77777777">
        <w:trPr>
          <w:jc w:val="center"/>
        </w:trPr>
        <w:tc>
          <w:tcPr>
            <w:tcW w:w="4252" w:type="dxa"/>
            <w:tcBorders>
              <w:top w:val="nil"/>
              <w:left w:val="nil"/>
              <w:bottom w:val="nil"/>
              <w:right w:val="nil"/>
            </w:tcBorders>
            <w:vAlign w:val="center"/>
          </w:tcPr>
          <w:p w14:paraId="7896A01D" w14:textId="77777777" w:rsidR="00C77A45" w:rsidRPr="00B05A62" w:rsidRDefault="003F7AEF">
            <w:pPr>
              <w:spacing w:after="0"/>
              <w:jc w:val="center"/>
              <w:rPr>
                <w:sz w:val="20"/>
                <w:szCs w:val="20"/>
              </w:rPr>
            </w:pPr>
            <w:r w:rsidRPr="00B05A62">
              <w:rPr>
                <w:sz w:val="20"/>
                <w:szCs w:val="20"/>
              </w:rPr>
              <w:t>................................................</w:t>
            </w:r>
          </w:p>
        </w:tc>
        <w:tc>
          <w:tcPr>
            <w:tcW w:w="4819" w:type="dxa"/>
            <w:tcBorders>
              <w:top w:val="nil"/>
              <w:left w:val="nil"/>
              <w:bottom w:val="nil"/>
              <w:right w:val="nil"/>
            </w:tcBorders>
            <w:vAlign w:val="center"/>
          </w:tcPr>
          <w:p w14:paraId="45896E53" w14:textId="77777777" w:rsidR="00C77A45" w:rsidRPr="00B05A62" w:rsidRDefault="003F7AEF">
            <w:pPr>
              <w:spacing w:after="0"/>
              <w:jc w:val="center"/>
              <w:rPr>
                <w:sz w:val="20"/>
                <w:szCs w:val="20"/>
              </w:rPr>
            </w:pPr>
            <w:r w:rsidRPr="00B05A62">
              <w:rPr>
                <w:sz w:val="20"/>
                <w:szCs w:val="20"/>
              </w:rPr>
              <w:t>................................................</w:t>
            </w:r>
          </w:p>
        </w:tc>
      </w:tr>
      <w:tr w:rsidR="00C77A45" w:rsidRPr="00B05A62" w14:paraId="49EEFBB5" w14:textId="77777777">
        <w:trPr>
          <w:jc w:val="center"/>
        </w:trPr>
        <w:tc>
          <w:tcPr>
            <w:tcW w:w="4252" w:type="dxa"/>
            <w:tcBorders>
              <w:top w:val="nil"/>
              <w:left w:val="nil"/>
              <w:bottom w:val="nil"/>
              <w:right w:val="nil"/>
            </w:tcBorders>
            <w:vAlign w:val="center"/>
          </w:tcPr>
          <w:p w14:paraId="52AF6377" w14:textId="77777777" w:rsidR="00C77A45" w:rsidRPr="00B05A62" w:rsidRDefault="003F7AEF">
            <w:pPr>
              <w:spacing w:after="0"/>
              <w:jc w:val="center"/>
              <w:rPr>
                <w:sz w:val="20"/>
                <w:szCs w:val="20"/>
              </w:rPr>
            </w:pPr>
            <w:r w:rsidRPr="00B05A62">
              <w:rPr>
                <w:sz w:val="20"/>
                <w:szCs w:val="20"/>
              </w:rPr>
              <w:t>(Miejscowość, data)</w:t>
            </w:r>
          </w:p>
        </w:tc>
        <w:tc>
          <w:tcPr>
            <w:tcW w:w="4819" w:type="dxa"/>
            <w:tcBorders>
              <w:top w:val="nil"/>
              <w:left w:val="nil"/>
              <w:bottom w:val="nil"/>
              <w:right w:val="nil"/>
            </w:tcBorders>
            <w:vAlign w:val="center"/>
          </w:tcPr>
          <w:p w14:paraId="2D87B31C" w14:textId="77777777" w:rsidR="00C77A45" w:rsidRPr="00B05A62" w:rsidRDefault="003F7AEF">
            <w:pPr>
              <w:spacing w:after="0"/>
              <w:jc w:val="center"/>
              <w:rPr>
                <w:sz w:val="20"/>
                <w:szCs w:val="20"/>
              </w:rPr>
            </w:pPr>
            <w:r w:rsidRPr="00B05A62">
              <w:rPr>
                <w:sz w:val="20"/>
                <w:szCs w:val="20"/>
              </w:rPr>
              <w:t>(Podpis wnioskodawcy / rodzica / opiekuna prawnego / pełnoletniego kandydata)</w:t>
            </w:r>
          </w:p>
        </w:tc>
      </w:tr>
    </w:tbl>
    <w:p w14:paraId="4B9DAF9B" w14:textId="77777777" w:rsidR="00B05A62" w:rsidRPr="00B05A62" w:rsidRDefault="00B05A62">
      <w:pPr>
        <w:pStyle w:val="Nagwek1"/>
        <w:rPr>
          <w:sz w:val="20"/>
          <w:szCs w:val="20"/>
        </w:rPr>
      </w:pPr>
    </w:p>
    <w:p w14:paraId="58460200" w14:textId="77777777" w:rsidR="00B05A62" w:rsidRPr="00B05A62" w:rsidRDefault="00B05A62">
      <w:pPr>
        <w:pStyle w:val="Nagwek1"/>
        <w:rPr>
          <w:sz w:val="20"/>
          <w:szCs w:val="20"/>
        </w:rPr>
      </w:pPr>
    </w:p>
    <w:p w14:paraId="5706082B" w14:textId="77777777" w:rsidR="00B05A62" w:rsidRPr="00B05A62" w:rsidRDefault="00B05A62" w:rsidP="00B05A62">
      <w:pPr>
        <w:rPr>
          <w:sz w:val="20"/>
          <w:szCs w:val="20"/>
        </w:rPr>
      </w:pPr>
    </w:p>
    <w:p w14:paraId="703B33FB" w14:textId="7D8AFE2D" w:rsidR="00C77A45" w:rsidRPr="00B05A62" w:rsidRDefault="003F7AEF">
      <w:pPr>
        <w:pStyle w:val="Nagwek1"/>
        <w:rPr>
          <w:sz w:val="20"/>
          <w:szCs w:val="20"/>
        </w:rPr>
      </w:pPr>
      <w:r w:rsidRPr="00B05A62">
        <w:rPr>
          <w:sz w:val="20"/>
          <w:szCs w:val="20"/>
        </w:rPr>
        <w:t>CZĘŚĆ J. Wypełnia komisja oceniająca</w:t>
      </w:r>
    </w:p>
    <w:tbl>
      <w:tblPr>
        <w:tblStyle w:val="Tabela-Siatka"/>
        <w:tblW w:w="0" w:type="auto"/>
        <w:jc w:val="center"/>
        <w:tblCellMar>
          <w:top w:w="80" w:type="dxa"/>
          <w:left w:w="80" w:type="dxa"/>
          <w:bottom w:w="80" w:type="dxa"/>
          <w:right w:w="80" w:type="dxa"/>
        </w:tblCellMar>
        <w:tblLook w:val="04A0" w:firstRow="1" w:lastRow="0" w:firstColumn="1" w:lastColumn="0" w:noHBand="0" w:noVBand="1"/>
      </w:tblPr>
      <w:tblGrid>
        <w:gridCol w:w="3496"/>
        <w:gridCol w:w="6472"/>
      </w:tblGrid>
      <w:tr w:rsidR="00C77A45" w:rsidRPr="00B05A62" w14:paraId="49A92521" w14:textId="77777777">
        <w:trPr>
          <w:jc w:val="center"/>
        </w:trPr>
        <w:tc>
          <w:tcPr>
            <w:tcW w:w="3969" w:type="dxa"/>
            <w:shd w:val="clear" w:color="auto" w:fill="D9EAD3"/>
            <w:vAlign w:val="center"/>
          </w:tcPr>
          <w:p w14:paraId="2A460D3C" w14:textId="77777777" w:rsidR="00C77A45" w:rsidRPr="00B05A62" w:rsidRDefault="003F7AEF">
            <w:pPr>
              <w:jc w:val="center"/>
              <w:rPr>
                <w:sz w:val="20"/>
                <w:szCs w:val="20"/>
              </w:rPr>
            </w:pPr>
            <w:r w:rsidRPr="00B05A62">
              <w:rPr>
                <w:b/>
                <w:sz w:val="20"/>
                <w:szCs w:val="20"/>
              </w:rPr>
              <w:t>Element oceny</w:t>
            </w:r>
          </w:p>
        </w:tc>
        <w:tc>
          <w:tcPr>
            <w:tcW w:w="5669" w:type="dxa"/>
            <w:shd w:val="clear" w:color="auto" w:fill="D9EAD3"/>
            <w:vAlign w:val="center"/>
          </w:tcPr>
          <w:p w14:paraId="5C7683BF" w14:textId="77777777" w:rsidR="00C77A45" w:rsidRPr="00B05A62" w:rsidRDefault="003F7AEF">
            <w:pPr>
              <w:jc w:val="center"/>
              <w:rPr>
                <w:sz w:val="20"/>
                <w:szCs w:val="20"/>
              </w:rPr>
            </w:pPr>
            <w:r w:rsidRPr="00B05A62">
              <w:rPr>
                <w:b/>
                <w:sz w:val="20"/>
                <w:szCs w:val="20"/>
              </w:rPr>
              <w:t>Wynik / uwagi</w:t>
            </w:r>
          </w:p>
        </w:tc>
      </w:tr>
      <w:tr w:rsidR="00C77A45" w:rsidRPr="00B05A62" w14:paraId="0B21454F" w14:textId="77777777">
        <w:trPr>
          <w:jc w:val="center"/>
        </w:trPr>
        <w:tc>
          <w:tcPr>
            <w:tcW w:w="3969" w:type="dxa"/>
            <w:vAlign w:val="center"/>
          </w:tcPr>
          <w:p w14:paraId="79024EA8" w14:textId="77777777" w:rsidR="00C77A45" w:rsidRPr="00B05A62" w:rsidRDefault="003F7AEF">
            <w:pPr>
              <w:rPr>
                <w:sz w:val="20"/>
                <w:szCs w:val="20"/>
              </w:rPr>
            </w:pPr>
            <w:r w:rsidRPr="00B05A62">
              <w:rPr>
                <w:sz w:val="20"/>
                <w:szCs w:val="20"/>
              </w:rPr>
              <w:t>Wniosek złożony w terminie</w:t>
            </w:r>
          </w:p>
        </w:tc>
        <w:tc>
          <w:tcPr>
            <w:tcW w:w="5669" w:type="dxa"/>
            <w:vAlign w:val="center"/>
          </w:tcPr>
          <w:p w14:paraId="689083E8" w14:textId="77777777" w:rsidR="00C77A45" w:rsidRPr="00B05A62" w:rsidRDefault="003F7AEF">
            <w:pPr>
              <w:rPr>
                <w:sz w:val="20"/>
                <w:szCs w:val="20"/>
              </w:rPr>
            </w:pPr>
            <w:r w:rsidRPr="00B05A62">
              <w:rPr>
                <w:sz w:val="20"/>
                <w:szCs w:val="20"/>
              </w:rPr>
              <w:t>☐</w:t>
            </w:r>
            <w:r w:rsidRPr="00B05A62">
              <w:rPr>
                <w:sz w:val="20"/>
                <w:szCs w:val="20"/>
              </w:rPr>
              <w:t xml:space="preserve"> TAK   ☐ NIE</w:t>
            </w:r>
          </w:p>
        </w:tc>
      </w:tr>
      <w:tr w:rsidR="00C77A45" w:rsidRPr="00B05A62" w14:paraId="04442902" w14:textId="77777777">
        <w:trPr>
          <w:jc w:val="center"/>
        </w:trPr>
        <w:tc>
          <w:tcPr>
            <w:tcW w:w="3969" w:type="dxa"/>
            <w:vAlign w:val="center"/>
          </w:tcPr>
          <w:p w14:paraId="166C9C01" w14:textId="77777777" w:rsidR="00C77A45" w:rsidRPr="00B05A62" w:rsidRDefault="003F7AEF">
            <w:pPr>
              <w:rPr>
                <w:sz w:val="20"/>
                <w:szCs w:val="20"/>
              </w:rPr>
            </w:pPr>
            <w:r w:rsidRPr="00B05A62">
              <w:rPr>
                <w:sz w:val="20"/>
                <w:szCs w:val="20"/>
              </w:rPr>
              <w:t>Wniosek kompletny</w:t>
            </w:r>
          </w:p>
        </w:tc>
        <w:tc>
          <w:tcPr>
            <w:tcW w:w="5669" w:type="dxa"/>
            <w:vAlign w:val="center"/>
          </w:tcPr>
          <w:p w14:paraId="5FA97D98" w14:textId="77777777" w:rsidR="00C77A45" w:rsidRPr="00B05A62" w:rsidRDefault="003F7AEF">
            <w:pPr>
              <w:rPr>
                <w:sz w:val="20"/>
                <w:szCs w:val="20"/>
              </w:rPr>
            </w:pPr>
            <w:r w:rsidRPr="00B05A62">
              <w:rPr>
                <w:sz w:val="20"/>
                <w:szCs w:val="20"/>
              </w:rPr>
              <w:t>☐</w:t>
            </w:r>
            <w:r w:rsidRPr="00B05A62">
              <w:rPr>
                <w:sz w:val="20"/>
                <w:szCs w:val="20"/>
              </w:rPr>
              <w:t xml:space="preserve"> TAK   ☐ NIE</w:t>
            </w:r>
          </w:p>
        </w:tc>
      </w:tr>
      <w:tr w:rsidR="00C77A45" w:rsidRPr="00B05A62" w14:paraId="63D789A2" w14:textId="77777777">
        <w:trPr>
          <w:jc w:val="center"/>
        </w:trPr>
        <w:tc>
          <w:tcPr>
            <w:tcW w:w="3969" w:type="dxa"/>
            <w:vAlign w:val="center"/>
          </w:tcPr>
          <w:p w14:paraId="45E5DDB6" w14:textId="77777777" w:rsidR="00C77A45" w:rsidRPr="00B05A62" w:rsidRDefault="003F7AEF">
            <w:pPr>
              <w:rPr>
                <w:sz w:val="20"/>
                <w:szCs w:val="20"/>
              </w:rPr>
            </w:pPr>
            <w:r w:rsidRPr="00B05A62">
              <w:rPr>
                <w:sz w:val="20"/>
                <w:szCs w:val="20"/>
              </w:rPr>
              <w:t>Kandydat spełnia wszystkie kryteria formalne</w:t>
            </w:r>
          </w:p>
        </w:tc>
        <w:tc>
          <w:tcPr>
            <w:tcW w:w="5669" w:type="dxa"/>
            <w:vAlign w:val="center"/>
          </w:tcPr>
          <w:p w14:paraId="1E775A7F" w14:textId="77777777" w:rsidR="00C77A45" w:rsidRPr="00B05A62" w:rsidRDefault="003F7AEF">
            <w:pPr>
              <w:rPr>
                <w:sz w:val="20"/>
                <w:szCs w:val="20"/>
              </w:rPr>
            </w:pPr>
            <w:r w:rsidRPr="00B05A62">
              <w:rPr>
                <w:sz w:val="20"/>
                <w:szCs w:val="20"/>
              </w:rPr>
              <w:t>☐</w:t>
            </w:r>
            <w:r w:rsidRPr="00B05A62">
              <w:rPr>
                <w:sz w:val="20"/>
                <w:szCs w:val="20"/>
              </w:rPr>
              <w:t xml:space="preserve"> TAK   ☐ NIE</w:t>
            </w:r>
          </w:p>
        </w:tc>
      </w:tr>
      <w:tr w:rsidR="00C77A45" w:rsidRPr="00B05A62" w14:paraId="1CE93381" w14:textId="77777777">
        <w:trPr>
          <w:jc w:val="center"/>
        </w:trPr>
        <w:tc>
          <w:tcPr>
            <w:tcW w:w="3969" w:type="dxa"/>
            <w:vAlign w:val="center"/>
          </w:tcPr>
          <w:p w14:paraId="5EC80156" w14:textId="77777777" w:rsidR="00C77A45" w:rsidRPr="00B05A62" w:rsidRDefault="003F7AEF">
            <w:pPr>
              <w:rPr>
                <w:sz w:val="20"/>
                <w:szCs w:val="20"/>
              </w:rPr>
            </w:pPr>
            <w:r w:rsidRPr="00B05A62">
              <w:rPr>
                <w:sz w:val="20"/>
                <w:szCs w:val="20"/>
              </w:rPr>
              <w:t>Punkty za średnią ocen</w:t>
            </w:r>
          </w:p>
        </w:tc>
        <w:tc>
          <w:tcPr>
            <w:tcW w:w="5669" w:type="dxa"/>
            <w:vAlign w:val="center"/>
          </w:tcPr>
          <w:p w14:paraId="39E83941" w14:textId="77777777" w:rsidR="00C77A45" w:rsidRPr="00B05A62" w:rsidRDefault="003F7AEF">
            <w:pPr>
              <w:rPr>
                <w:sz w:val="20"/>
                <w:szCs w:val="20"/>
              </w:rPr>
            </w:pPr>
            <w:r w:rsidRPr="00B05A62">
              <w:rPr>
                <w:sz w:val="20"/>
                <w:szCs w:val="20"/>
              </w:rPr>
              <w:t>..........</w:t>
            </w:r>
          </w:p>
        </w:tc>
      </w:tr>
      <w:tr w:rsidR="00C77A45" w:rsidRPr="00B05A62" w14:paraId="53CE0658" w14:textId="77777777">
        <w:trPr>
          <w:jc w:val="center"/>
        </w:trPr>
        <w:tc>
          <w:tcPr>
            <w:tcW w:w="3969" w:type="dxa"/>
            <w:vAlign w:val="center"/>
          </w:tcPr>
          <w:p w14:paraId="39699AE1" w14:textId="77777777" w:rsidR="00C77A45" w:rsidRPr="00B05A62" w:rsidRDefault="003F7AEF">
            <w:pPr>
              <w:rPr>
                <w:sz w:val="20"/>
                <w:szCs w:val="20"/>
              </w:rPr>
            </w:pPr>
            <w:r w:rsidRPr="00B05A62">
              <w:rPr>
                <w:sz w:val="20"/>
                <w:szCs w:val="20"/>
              </w:rPr>
              <w:t>Punkty za osiągnięcia naukowe</w:t>
            </w:r>
          </w:p>
        </w:tc>
        <w:tc>
          <w:tcPr>
            <w:tcW w:w="5669" w:type="dxa"/>
            <w:vAlign w:val="center"/>
          </w:tcPr>
          <w:p w14:paraId="23677A5D" w14:textId="77777777" w:rsidR="00C77A45" w:rsidRPr="00B05A62" w:rsidRDefault="003F7AEF">
            <w:pPr>
              <w:rPr>
                <w:sz w:val="20"/>
                <w:szCs w:val="20"/>
              </w:rPr>
            </w:pPr>
            <w:r w:rsidRPr="00B05A62">
              <w:rPr>
                <w:sz w:val="20"/>
                <w:szCs w:val="20"/>
              </w:rPr>
              <w:t>..........</w:t>
            </w:r>
          </w:p>
        </w:tc>
      </w:tr>
      <w:tr w:rsidR="00C77A45" w:rsidRPr="00B05A62" w14:paraId="1AFFCC24" w14:textId="77777777">
        <w:trPr>
          <w:jc w:val="center"/>
        </w:trPr>
        <w:tc>
          <w:tcPr>
            <w:tcW w:w="3969" w:type="dxa"/>
            <w:vAlign w:val="center"/>
          </w:tcPr>
          <w:p w14:paraId="21D63F87" w14:textId="77777777" w:rsidR="00C77A45" w:rsidRPr="00B05A62" w:rsidRDefault="003F7AEF">
            <w:pPr>
              <w:rPr>
                <w:sz w:val="20"/>
                <w:szCs w:val="20"/>
              </w:rPr>
            </w:pPr>
            <w:r w:rsidRPr="00B05A62">
              <w:rPr>
                <w:sz w:val="20"/>
                <w:szCs w:val="20"/>
              </w:rPr>
              <w:lastRenderedPageBreak/>
              <w:t>Punkty za osiągnięcia artystyczne</w:t>
            </w:r>
          </w:p>
        </w:tc>
        <w:tc>
          <w:tcPr>
            <w:tcW w:w="5669" w:type="dxa"/>
            <w:vAlign w:val="center"/>
          </w:tcPr>
          <w:p w14:paraId="334FE48D" w14:textId="77777777" w:rsidR="00C77A45" w:rsidRPr="00B05A62" w:rsidRDefault="003F7AEF">
            <w:pPr>
              <w:rPr>
                <w:sz w:val="20"/>
                <w:szCs w:val="20"/>
              </w:rPr>
            </w:pPr>
            <w:r w:rsidRPr="00B05A62">
              <w:rPr>
                <w:sz w:val="20"/>
                <w:szCs w:val="20"/>
              </w:rPr>
              <w:t>..........</w:t>
            </w:r>
          </w:p>
        </w:tc>
      </w:tr>
      <w:tr w:rsidR="00C77A45" w:rsidRPr="00B05A62" w14:paraId="20808F02" w14:textId="77777777">
        <w:trPr>
          <w:jc w:val="center"/>
        </w:trPr>
        <w:tc>
          <w:tcPr>
            <w:tcW w:w="3969" w:type="dxa"/>
            <w:vAlign w:val="center"/>
          </w:tcPr>
          <w:p w14:paraId="62474F87" w14:textId="77777777" w:rsidR="00C77A45" w:rsidRPr="00B05A62" w:rsidRDefault="003F7AEF">
            <w:pPr>
              <w:rPr>
                <w:sz w:val="20"/>
                <w:szCs w:val="20"/>
              </w:rPr>
            </w:pPr>
            <w:r w:rsidRPr="00B05A62">
              <w:rPr>
                <w:sz w:val="20"/>
                <w:szCs w:val="20"/>
              </w:rPr>
              <w:t>Punkty za osiągnięcia sportowe</w:t>
            </w:r>
          </w:p>
        </w:tc>
        <w:tc>
          <w:tcPr>
            <w:tcW w:w="5669" w:type="dxa"/>
            <w:vAlign w:val="center"/>
          </w:tcPr>
          <w:p w14:paraId="64C2CEB3" w14:textId="77777777" w:rsidR="00C77A45" w:rsidRPr="00B05A62" w:rsidRDefault="003F7AEF">
            <w:pPr>
              <w:rPr>
                <w:sz w:val="20"/>
                <w:szCs w:val="20"/>
              </w:rPr>
            </w:pPr>
            <w:r w:rsidRPr="00B05A62">
              <w:rPr>
                <w:sz w:val="20"/>
                <w:szCs w:val="20"/>
              </w:rPr>
              <w:t>..........</w:t>
            </w:r>
          </w:p>
        </w:tc>
      </w:tr>
      <w:tr w:rsidR="00C77A45" w:rsidRPr="00B05A62" w14:paraId="3A31FADC" w14:textId="77777777">
        <w:trPr>
          <w:jc w:val="center"/>
        </w:trPr>
        <w:tc>
          <w:tcPr>
            <w:tcW w:w="3969" w:type="dxa"/>
            <w:vAlign w:val="center"/>
          </w:tcPr>
          <w:p w14:paraId="7EFAFB5E" w14:textId="77777777" w:rsidR="00C77A45" w:rsidRPr="00B05A62" w:rsidRDefault="003F7AEF">
            <w:pPr>
              <w:rPr>
                <w:sz w:val="20"/>
                <w:szCs w:val="20"/>
              </w:rPr>
            </w:pPr>
            <w:r w:rsidRPr="00B05A62">
              <w:rPr>
                <w:sz w:val="20"/>
                <w:szCs w:val="20"/>
              </w:rPr>
              <w:t>Punkty za działalność społeczną</w:t>
            </w:r>
          </w:p>
        </w:tc>
        <w:tc>
          <w:tcPr>
            <w:tcW w:w="5669" w:type="dxa"/>
            <w:vAlign w:val="center"/>
          </w:tcPr>
          <w:p w14:paraId="7D8A3576" w14:textId="77777777" w:rsidR="00C77A45" w:rsidRPr="00B05A62" w:rsidRDefault="003F7AEF">
            <w:pPr>
              <w:rPr>
                <w:sz w:val="20"/>
                <w:szCs w:val="20"/>
              </w:rPr>
            </w:pPr>
            <w:r w:rsidRPr="00B05A62">
              <w:rPr>
                <w:sz w:val="20"/>
                <w:szCs w:val="20"/>
              </w:rPr>
              <w:t>..........</w:t>
            </w:r>
          </w:p>
        </w:tc>
      </w:tr>
      <w:tr w:rsidR="00C77A45" w:rsidRPr="00B05A62" w14:paraId="7CBE830A" w14:textId="77777777">
        <w:trPr>
          <w:jc w:val="center"/>
        </w:trPr>
        <w:tc>
          <w:tcPr>
            <w:tcW w:w="3969" w:type="dxa"/>
            <w:vAlign w:val="center"/>
          </w:tcPr>
          <w:p w14:paraId="2A71A1AA" w14:textId="77777777" w:rsidR="00C77A45" w:rsidRPr="00B05A62" w:rsidRDefault="003F7AEF">
            <w:pPr>
              <w:rPr>
                <w:sz w:val="20"/>
                <w:szCs w:val="20"/>
              </w:rPr>
            </w:pPr>
            <w:r w:rsidRPr="00B05A62">
              <w:rPr>
                <w:sz w:val="20"/>
                <w:szCs w:val="20"/>
              </w:rPr>
              <w:t>Łączna liczba punktów</w:t>
            </w:r>
          </w:p>
        </w:tc>
        <w:tc>
          <w:tcPr>
            <w:tcW w:w="5669" w:type="dxa"/>
            <w:vAlign w:val="center"/>
          </w:tcPr>
          <w:p w14:paraId="6453C522" w14:textId="77777777" w:rsidR="00C77A45" w:rsidRPr="00B05A62" w:rsidRDefault="003F7AEF">
            <w:pPr>
              <w:rPr>
                <w:sz w:val="20"/>
                <w:szCs w:val="20"/>
              </w:rPr>
            </w:pPr>
            <w:r w:rsidRPr="00B05A62">
              <w:rPr>
                <w:sz w:val="20"/>
                <w:szCs w:val="20"/>
              </w:rPr>
              <w:t>..........</w:t>
            </w:r>
          </w:p>
        </w:tc>
      </w:tr>
      <w:tr w:rsidR="00C77A45" w:rsidRPr="00B05A62" w14:paraId="032E7328" w14:textId="77777777">
        <w:trPr>
          <w:jc w:val="center"/>
        </w:trPr>
        <w:tc>
          <w:tcPr>
            <w:tcW w:w="3969" w:type="dxa"/>
            <w:vAlign w:val="center"/>
          </w:tcPr>
          <w:p w14:paraId="33B600BB" w14:textId="77777777" w:rsidR="00C77A45" w:rsidRPr="00B05A62" w:rsidRDefault="003F7AEF">
            <w:pPr>
              <w:rPr>
                <w:sz w:val="20"/>
                <w:szCs w:val="20"/>
              </w:rPr>
            </w:pPr>
            <w:r w:rsidRPr="00B05A62">
              <w:rPr>
                <w:sz w:val="20"/>
                <w:szCs w:val="20"/>
              </w:rPr>
              <w:t>Rekomendacja do przyznania stypendium</w:t>
            </w:r>
          </w:p>
        </w:tc>
        <w:tc>
          <w:tcPr>
            <w:tcW w:w="5669" w:type="dxa"/>
            <w:vAlign w:val="center"/>
          </w:tcPr>
          <w:p w14:paraId="6846E790" w14:textId="77777777" w:rsidR="00C77A45" w:rsidRPr="00B05A62" w:rsidRDefault="003F7AEF">
            <w:pPr>
              <w:rPr>
                <w:sz w:val="20"/>
                <w:szCs w:val="20"/>
              </w:rPr>
            </w:pPr>
            <w:r w:rsidRPr="00B05A62">
              <w:rPr>
                <w:sz w:val="20"/>
                <w:szCs w:val="20"/>
              </w:rPr>
              <w:t>☐</w:t>
            </w:r>
            <w:r w:rsidRPr="00B05A62">
              <w:rPr>
                <w:sz w:val="20"/>
                <w:szCs w:val="20"/>
              </w:rPr>
              <w:t xml:space="preserve"> TAK   ☐ NIE</w:t>
            </w:r>
          </w:p>
        </w:tc>
      </w:tr>
      <w:tr w:rsidR="00C77A45" w:rsidRPr="00B05A62" w14:paraId="63513EB9" w14:textId="77777777">
        <w:trPr>
          <w:jc w:val="center"/>
        </w:trPr>
        <w:tc>
          <w:tcPr>
            <w:tcW w:w="3969" w:type="dxa"/>
            <w:vAlign w:val="center"/>
          </w:tcPr>
          <w:p w14:paraId="280471F7" w14:textId="77777777" w:rsidR="00C77A45" w:rsidRPr="00B05A62" w:rsidRDefault="003F7AEF">
            <w:pPr>
              <w:rPr>
                <w:sz w:val="20"/>
                <w:szCs w:val="20"/>
              </w:rPr>
            </w:pPr>
            <w:r w:rsidRPr="00B05A62">
              <w:rPr>
                <w:sz w:val="20"/>
                <w:szCs w:val="20"/>
              </w:rPr>
              <w:t>Uwagi komisji</w:t>
            </w:r>
          </w:p>
        </w:tc>
        <w:tc>
          <w:tcPr>
            <w:tcW w:w="5669" w:type="dxa"/>
            <w:vAlign w:val="center"/>
          </w:tcPr>
          <w:p w14:paraId="4D94DF8F" w14:textId="77777777" w:rsidR="00C77A45" w:rsidRPr="00B05A62" w:rsidRDefault="003F7AEF">
            <w:pPr>
              <w:rPr>
                <w:sz w:val="20"/>
                <w:szCs w:val="20"/>
              </w:rPr>
            </w:pPr>
            <w:r w:rsidRPr="00B05A62">
              <w:rPr>
                <w:sz w:val="20"/>
                <w:szCs w:val="20"/>
              </w:rPr>
              <w:t>.............................................................................................................................</w:t>
            </w:r>
            <w:r w:rsidRPr="00B05A62">
              <w:rPr>
                <w:sz w:val="20"/>
                <w:szCs w:val="20"/>
              </w:rPr>
              <w:br/>
              <w:t>.............................................................................................................................</w:t>
            </w:r>
          </w:p>
        </w:tc>
      </w:tr>
    </w:tbl>
    <w:tbl>
      <w:tblPr>
        <w:tblW w:w="0" w:type="auto"/>
        <w:jc w:val="center"/>
        <w:tblCellMar>
          <w:top w:w="80" w:type="dxa"/>
          <w:left w:w="80" w:type="dxa"/>
          <w:bottom w:w="80" w:type="dxa"/>
          <w:right w:w="80" w:type="dxa"/>
        </w:tblCellMar>
        <w:tblLook w:val="04A0" w:firstRow="1" w:lastRow="0" w:firstColumn="1" w:lastColumn="0" w:noHBand="0" w:noVBand="1"/>
      </w:tblPr>
      <w:tblGrid>
        <w:gridCol w:w="4252"/>
        <w:gridCol w:w="4819"/>
      </w:tblGrid>
      <w:tr w:rsidR="00C77A45" w:rsidRPr="00B05A62" w14:paraId="52B110E6" w14:textId="77777777">
        <w:trPr>
          <w:jc w:val="center"/>
        </w:trPr>
        <w:tc>
          <w:tcPr>
            <w:tcW w:w="4252" w:type="dxa"/>
            <w:tcBorders>
              <w:top w:val="nil"/>
              <w:left w:val="nil"/>
              <w:bottom w:val="nil"/>
              <w:right w:val="nil"/>
            </w:tcBorders>
            <w:vAlign w:val="center"/>
          </w:tcPr>
          <w:p w14:paraId="3EE02DE0" w14:textId="77777777" w:rsidR="00C77A45" w:rsidRPr="00B05A62" w:rsidRDefault="003F7AEF">
            <w:pPr>
              <w:spacing w:after="0"/>
              <w:jc w:val="center"/>
              <w:rPr>
                <w:sz w:val="20"/>
                <w:szCs w:val="20"/>
              </w:rPr>
            </w:pPr>
            <w:r w:rsidRPr="00B05A62">
              <w:rPr>
                <w:sz w:val="20"/>
                <w:szCs w:val="20"/>
              </w:rPr>
              <w:t>................................................</w:t>
            </w:r>
          </w:p>
        </w:tc>
        <w:tc>
          <w:tcPr>
            <w:tcW w:w="4819" w:type="dxa"/>
            <w:tcBorders>
              <w:top w:val="nil"/>
              <w:left w:val="nil"/>
              <w:bottom w:val="nil"/>
              <w:right w:val="nil"/>
            </w:tcBorders>
            <w:vAlign w:val="center"/>
          </w:tcPr>
          <w:p w14:paraId="394CCF14" w14:textId="77777777" w:rsidR="00C77A45" w:rsidRPr="00B05A62" w:rsidRDefault="003F7AEF">
            <w:pPr>
              <w:spacing w:after="0"/>
              <w:jc w:val="center"/>
              <w:rPr>
                <w:sz w:val="20"/>
                <w:szCs w:val="20"/>
              </w:rPr>
            </w:pPr>
            <w:r w:rsidRPr="00B05A62">
              <w:rPr>
                <w:sz w:val="20"/>
                <w:szCs w:val="20"/>
              </w:rPr>
              <w:t>................................................</w:t>
            </w:r>
          </w:p>
        </w:tc>
      </w:tr>
      <w:tr w:rsidR="00C77A45" w:rsidRPr="00B05A62" w14:paraId="566C9D2E" w14:textId="77777777">
        <w:trPr>
          <w:jc w:val="center"/>
        </w:trPr>
        <w:tc>
          <w:tcPr>
            <w:tcW w:w="4252" w:type="dxa"/>
            <w:tcBorders>
              <w:top w:val="nil"/>
              <w:left w:val="nil"/>
              <w:bottom w:val="nil"/>
              <w:right w:val="nil"/>
            </w:tcBorders>
            <w:vAlign w:val="center"/>
          </w:tcPr>
          <w:p w14:paraId="6DE23133" w14:textId="77777777" w:rsidR="00C77A45" w:rsidRPr="00B05A62" w:rsidRDefault="003F7AEF">
            <w:pPr>
              <w:spacing w:after="0"/>
              <w:jc w:val="center"/>
              <w:rPr>
                <w:sz w:val="20"/>
                <w:szCs w:val="20"/>
              </w:rPr>
            </w:pPr>
            <w:r w:rsidRPr="00B05A62">
              <w:rPr>
                <w:sz w:val="20"/>
                <w:szCs w:val="20"/>
              </w:rPr>
              <w:t>(Data oceny)</w:t>
            </w:r>
          </w:p>
        </w:tc>
        <w:tc>
          <w:tcPr>
            <w:tcW w:w="4819" w:type="dxa"/>
            <w:tcBorders>
              <w:top w:val="nil"/>
              <w:left w:val="nil"/>
              <w:bottom w:val="nil"/>
              <w:right w:val="nil"/>
            </w:tcBorders>
            <w:vAlign w:val="center"/>
          </w:tcPr>
          <w:p w14:paraId="19867614" w14:textId="77777777" w:rsidR="00C77A45" w:rsidRPr="00B05A62" w:rsidRDefault="003F7AEF">
            <w:pPr>
              <w:spacing w:after="0"/>
              <w:jc w:val="center"/>
              <w:rPr>
                <w:sz w:val="20"/>
                <w:szCs w:val="20"/>
              </w:rPr>
            </w:pPr>
            <w:r w:rsidRPr="00B05A62">
              <w:rPr>
                <w:sz w:val="20"/>
                <w:szCs w:val="20"/>
              </w:rPr>
              <w:t>(Podpisy członków komisji)</w:t>
            </w:r>
          </w:p>
        </w:tc>
      </w:tr>
    </w:tbl>
    <w:p w14:paraId="1FD6C53B" w14:textId="77777777" w:rsidR="003F7AEF" w:rsidRPr="00B05A62" w:rsidRDefault="003F7AEF">
      <w:pPr>
        <w:rPr>
          <w:sz w:val="20"/>
          <w:szCs w:val="20"/>
        </w:rPr>
      </w:pPr>
    </w:p>
    <w:sectPr w:rsidR="003F7AEF" w:rsidRPr="00B05A62" w:rsidSect="00034616">
      <w:headerReference w:type="default" r:id="rId8"/>
      <w:footerReference w:type="default" r:id="rId9"/>
      <w:pgSz w:w="11906" w:h="16838"/>
      <w:pgMar w:top="850" w:right="964" w:bottom="90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3C9FE" w14:textId="77777777" w:rsidR="003F7AEF" w:rsidRDefault="003F7AEF">
      <w:pPr>
        <w:spacing w:after="0" w:line="240" w:lineRule="auto"/>
      </w:pPr>
      <w:r>
        <w:separator/>
      </w:r>
    </w:p>
  </w:endnote>
  <w:endnote w:type="continuationSeparator" w:id="0">
    <w:p w14:paraId="0423EC9A" w14:textId="77777777" w:rsidR="003F7AEF" w:rsidRDefault="003F7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8FAD" w14:textId="77777777" w:rsidR="00C77A45" w:rsidRDefault="003F7AEF">
    <w:pPr>
      <w:pStyle w:val="Stopka"/>
      <w:jc w:val="center"/>
    </w:pPr>
    <w:r>
      <w:rPr>
        <w:color w:val="006446"/>
        <w:sz w:val="16"/>
      </w:rPr>
      <w:t xml:space="preserve">ul. </w:t>
    </w:r>
    <w:proofErr w:type="spellStart"/>
    <w:r>
      <w:rPr>
        <w:color w:val="006446"/>
        <w:sz w:val="16"/>
      </w:rPr>
      <w:t>Powstańców</w:t>
    </w:r>
    <w:proofErr w:type="spellEnd"/>
    <w:r>
      <w:rPr>
        <w:color w:val="006446"/>
        <w:sz w:val="16"/>
      </w:rPr>
      <w:t xml:space="preserve"> 6, 86-050 </w:t>
    </w:r>
    <w:proofErr w:type="spellStart"/>
    <w:r>
      <w:rPr>
        <w:color w:val="006446"/>
        <w:sz w:val="16"/>
      </w:rPr>
      <w:t>Solec</w:t>
    </w:r>
    <w:proofErr w:type="spellEnd"/>
    <w:r>
      <w:rPr>
        <w:color w:val="006446"/>
        <w:sz w:val="16"/>
      </w:rPr>
      <w:t xml:space="preserve"> Kujawski, tel. 52 515 40 40, tel. 600 459 599</w:t>
    </w:r>
    <w:r>
      <w:rPr>
        <w:color w:val="006446"/>
        <w:sz w:val="16"/>
      </w:rPr>
      <w:br/>
      <w:t xml:space="preserve">e-mail: sekretariat@sueryder.org.pl, www.sueryder.org.pl, </w:t>
    </w:r>
    <w:proofErr w:type="spellStart"/>
    <w:r>
      <w:rPr>
        <w:color w:val="006446"/>
        <w:sz w:val="16"/>
      </w:rPr>
      <w:t>konto</w:t>
    </w:r>
    <w:proofErr w:type="spellEnd"/>
    <w:r>
      <w:rPr>
        <w:color w:val="006446"/>
        <w:sz w:val="16"/>
      </w:rPr>
      <w:t xml:space="preserve"> </w:t>
    </w:r>
    <w:proofErr w:type="spellStart"/>
    <w:r>
      <w:rPr>
        <w:color w:val="006446"/>
        <w:sz w:val="16"/>
      </w:rPr>
      <w:t>darowizn</w:t>
    </w:r>
    <w:proofErr w:type="spellEnd"/>
    <w:r>
      <w:rPr>
        <w:color w:val="006446"/>
        <w:sz w:val="16"/>
      </w:rPr>
      <w:t>: 24 1500 1360 1213 6006 1709 0000, NIP 967-10-51-101, REGON 092292057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91D09" w14:textId="77777777" w:rsidR="003F7AEF" w:rsidRDefault="003F7AEF">
      <w:pPr>
        <w:spacing w:after="0" w:line="240" w:lineRule="auto"/>
      </w:pPr>
      <w:r>
        <w:separator/>
      </w:r>
    </w:p>
  </w:footnote>
  <w:footnote w:type="continuationSeparator" w:id="0">
    <w:p w14:paraId="5D876FCE" w14:textId="77777777" w:rsidR="003F7AEF" w:rsidRDefault="003F7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64A7B" w14:textId="77777777" w:rsidR="00C77A45" w:rsidRDefault="00C77A45">
    <w:pPr>
      <w:pStyle w:val="Nagwek"/>
    </w:pPr>
  </w:p>
  <w:tbl>
    <w:tblPr>
      <w:tblW w:w="0" w:type="auto"/>
      <w:tblLook w:val="04A0" w:firstRow="1" w:lastRow="0" w:firstColumn="1" w:lastColumn="0" w:noHBand="0" w:noVBand="1"/>
    </w:tblPr>
    <w:tblGrid>
      <w:gridCol w:w="2268"/>
      <w:gridCol w:w="7710"/>
    </w:tblGrid>
    <w:tr w:rsidR="00C77A45" w14:paraId="4F73AE5A" w14:textId="77777777">
      <w:tc>
        <w:tcPr>
          <w:tcW w:w="2268" w:type="dxa"/>
        </w:tcPr>
        <w:p w14:paraId="50843131" w14:textId="77777777" w:rsidR="00C77A45" w:rsidRDefault="003F7AEF">
          <w:r>
            <w:rPr>
              <w:noProof/>
            </w:rPr>
            <w:drawing>
              <wp:inline distT="0" distB="0" distL="0" distR="0" wp14:anchorId="1C9EB13E" wp14:editId="0F024648">
                <wp:extent cx="792000" cy="72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
                        <a:stretch>
                          <a:fillRect/>
                        </a:stretch>
                      </pic:blipFill>
                      <pic:spPr>
                        <a:xfrm>
                          <a:off x="0" y="0"/>
                          <a:ext cx="792000" cy="726000"/>
                        </a:xfrm>
                        <a:prstGeom prst="rect">
                          <a:avLst/>
                        </a:prstGeom>
                      </pic:spPr>
                    </pic:pic>
                  </a:graphicData>
                </a:graphic>
              </wp:inline>
            </w:drawing>
          </w:r>
        </w:p>
      </w:tc>
      <w:tc>
        <w:tcPr>
          <w:tcW w:w="7710" w:type="dxa"/>
          <w:vAlign w:val="center"/>
        </w:tcPr>
        <w:p w14:paraId="7A5FFCD7" w14:textId="77777777" w:rsidR="00C77A45" w:rsidRDefault="003F7AEF">
          <w:pPr>
            <w:jc w:val="right"/>
          </w:pPr>
          <w:proofErr w:type="spellStart"/>
          <w:r>
            <w:t>Załącznik</w:t>
          </w:r>
          <w:proofErr w:type="spellEnd"/>
          <w:r>
            <w:t xml:space="preserve"> nr 1</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147165211">
    <w:abstractNumId w:val="8"/>
  </w:num>
  <w:num w:numId="2" w16cid:durableId="529074195">
    <w:abstractNumId w:val="6"/>
  </w:num>
  <w:num w:numId="3" w16cid:durableId="1352101443">
    <w:abstractNumId w:val="5"/>
  </w:num>
  <w:num w:numId="4" w16cid:durableId="1220096011">
    <w:abstractNumId w:val="4"/>
  </w:num>
  <w:num w:numId="5" w16cid:durableId="503210781">
    <w:abstractNumId w:val="7"/>
  </w:num>
  <w:num w:numId="6" w16cid:durableId="1383015418">
    <w:abstractNumId w:val="3"/>
  </w:num>
  <w:num w:numId="7" w16cid:durableId="775514724">
    <w:abstractNumId w:val="2"/>
  </w:num>
  <w:num w:numId="8" w16cid:durableId="1209417200">
    <w:abstractNumId w:val="1"/>
  </w:num>
  <w:num w:numId="9" w16cid:durableId="1241335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F7AEF"/>
    <w:rsid w:val="00AA1D8D"/>
    <w:rsid w:val="00B05A62"/>
    <w:rsid w:val="00B47730"/>
    <w:rsid w:val="00C77A45"/>
    <w:rsid w:val="00CB0664"/>
    <w:rsid w:val="00D127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AC60C4"/>
  <w14:defaultImageDpi w14:val="300"/>
  <w15:docId w15:val="{940AEE8E-DEA9-493D-88D0-1C1F528A2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Calibri" w:eastAsia="Calibri" w:hAnsi="Calibri"/>
      <w:sz w:val="18"/>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000000"/>
      <w:sz w:val="26"/>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000000"/>
      <w:sz w:val="22"/>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000000"/>
      <w:sz w:val="20"/>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1805</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 Strzelecki</cp:lastModifiedBy>
  <cp:revision>2</cp:revision>
  <dcterms:created xsi:type="dcterms:W3CDTF">2026-07-01T18:48:00Z</dcterms:created>
  <dcterms:modified xsi:type="dcterms:W3CDTF">2026-07-01T18:48:00Z</dcterms:modified>
  <cp:category/>
</cp:coreProperties>
</file>